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со специалистом по охране труда</w:t>
      </w:r>
    </w:p>
    <w:p>
      <w:pPr>
        <w:pStyle w:val="Heading2"/>
      </w:pPr>
      <w:r>
        <w:t>Трудовой договор № [номер]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[Устав/доверенность], с одной стороны, и [Фамилия Имя Отчество], именуемый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предоставляет Работнику работу по должности специалиста по охране труда, а Работник обязуется лично выполнять указанную работу в соответствии с условиями настоящего договора.</w:t>
      </w:r>
    </w:p>
    <w:p>
      <w:r>
        <w:t>1.2. Работа по настоящему договору является для Работника основной.</w:t>
      </w:r>
    </w:p>
    <w:p>
      <w:r>
        <w:t>1.3. Место работы: [адрес организации].</w:t>
      </w:r>
    </w:p>
    <w:p>
      <w:r>
        <w:t>1.4. Работник приступает к работе с [дата].</w:t>
      </w:r>
    </w:p>
    <w:p>
      <w:pPr>
        <w:pStyle w:val="Heading3"/>
      </w:pPr>
      <w:r>
        <w:t>2. Срок договора</w:t>
      </w:r>
    </w:p>
    <w:p>
      <w:r>
        <w:t>2.1. Настоящий договор заключается на неопределенный срок.</w:t>
      </w:r>
    </w:p>
    <w:p>
      <w:r>
        <w:t>2.2. Работнику устанавливается испытательный срок продолжительностью [количество] месяцев с целью проверки соответствия его квалификации поручаемой работе.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настоящим договором;</w:t>
      </w:r>
    </w:p>
    <w:p>
      <w:pPr>
        <w:pStyle w:val="ListBullet"/>
      </w:pPr>
      <w:r>
        <w:t>рабочее место, соответствующее государственным нормативным требованиям охраны труда;</w:t>
      </w:r>
    </w:p>
    <w:p>
      <w:pPr>
        <w:pStyle w:val="ListBullet"/>
      </w:pPr>
      <w:r>
        <w:t>полную достоверную информацию об условиях труда и требованиях охраны труда на рабочем месте;</w:t>
      </w:r>
    </w:p>
    <w:p>
      <w:pPr>
        <w:pStyle w:val="ListBullet"/>
      </w:pPr>
      <w:r>
        <w:t>профессиональную переподготовку и повышение квалификации в установленном порядке;</w:t>
      </w:r>
    </w:p>
    <w:p>
      <w:pPr>
        <w:pStyle w:val="ListBullet"/>
      </w:pPr>
      <w:r>
        <w:t>защиту своих трудовых прав и законных интересов.</w:t>
      </w:r>
    </w:p>
    <w:p>
      <w:r>
        <w:t>3.2. Работник обязан:</w:t>
      </w:r>
    </w:p>
    <w:p>
      <w:pPr>
        <w:pStyle w:val="ListBullet"/>
      </w:pPr>
      <w:r>
        <w:t>разрабатывать и актуализировать инструкции по охране труда для профессий и видов работ;</w:t>
      </w:r>
    </w:p>
    <w:p>
      <w:pPr>
        <w:pStyle w:val="ListBullet"/>
      </w:pPr>
      <w:r>
        <w:t>проводить вводный инструктаж по охране труда с вновь принятыми работниками и оформлять его документально;</w:t>
      </w:r>
    </w:p>
    <w:p>
      <w:pPr>
        <w:pStyle w:val="ListBullet"/>
      </w:pPr>
      <w:r>
        <w:t>организовывать проведение первичных, повторных, внеплановых и целевых инструктажей на рабочем месте;</w:t>
      </w:r>
    </w:p>
    <w:p>
      <w:pPr>
        <w:pStyle w:val="ListBullet"/>
      </w:pPr>
      <w:r>
        <w:t>участвовать в проведении специальной оценки условий труда и в разработке мероприятий по улучшению условий труда;</w:t>
      </w:r>
    </w:p>
    <w:p>
      <w:pPr>
        <w:pStyle w:val="ListBullet"/>
      </w:pPr>
      <w:r>
        <w:t>осуществлять контроль за обеспечением работников средствами индивидуальной защиты и их правильным применением;</w:t>
      </w:r>
    </w:p>
    <w:p>
      <w:pPr>
        <w:pStyle w:val="ListBullet"/>
      </w:pPr>
      <w:r>
        <w:t>проводить проверки соблюдения требований охраны труда в структурных подразделениях и оформлять результаты проверок;</w:t>
      </w:r>
    </w:p>
    <w:p>
      <w:pPr>
        <w:pStyle w:val="ListBullet"/>
      </w:pPr>
      <w:r>
        <w:t>участвовать в расследовании несчастных случаев на производстве и профессиональных заболеваний, оформлять соответствующие материалы;</w:t>
      </w:r>
    </w:p>
    <w:p>
      <w:pPr>
        <w:pStyle w:val="ListBullet"/>
      </w:pPr>
      <w:r>
        <w:t>вести учет и анализ производственного травматизма, разрабатывать предложения по его профилактике;</w:t>
      </w:r>
    </w:p>
    <w:p>
      <w:pPr>
        <w:pStyle w:val="ListBullet"/>
      </w:pPr>
      <w:r>
        <w:t>организовывать обучение работников по охране труда и проверку знаний требований охраны труда;</w:t>
      </w:r>
    </w:p>
    <w:p>
      <w:pPr>
        <w:pStyle w:val="ListBullet"/>
      </w:pPr>
      <w:r>
        <w:t>готовить отчетность по охране труда и представлять ее руководству и в контролирующие органы в установленные сроки.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имуществу;</w:t>
      </w:r>
    </w:p>
    <w:p>
      <w:pPr>
        <w:pStyle w:val="ListBullet"/>
      </w:pPr>
      <w:r>
        <w:t>поощрять Работника за добросовестный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кодексом РФ.</w:t>
      </w:r>
    </w:p>
    <w:p>
      <w:r>
        <w:t>4.2. Работодатель обязан:</w:t>
      </w:r>
    </w:p>
    <w:p>
      <w:pPr>
        <w:pStyle w:val="ListBullet"/>
      </w:pPr>
      <w:r>
        <w:t>соблюдать трудовое законодательство и иные нормативные правовые акты, содержащие нормы трудового права;</w:t>
      </w:r>
    </w:p>
    <w:p>
      <w:pPr>
        <w:pStyle w:val="ListBullet"/>
      </w:pPr>
      <w:r>
        <w:t>предоставить Работнику работу, обусловленную настоящим договором;</w:t>
      </w:r>
    </w:p>
    <w:p>
      <w:pPr>
        <w:pStyle w:val="ListBullet"/>
      </w:pPr>
      <w:r>
        <w:t>обеспечить безопасность и условия труда, соответствующие государственным нормативным требованиям охраны труда;</w:t>
      </w:r>
    </w:p>
    <w:p>
      <w:pPr>
        <w:pStyle w:val="ListBullet"/>
      </w:pPr>
      <w:r>
        <w:t>обеспечить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>
      <w:pPr>
        <w:pStyle w:val="ListBullet"/>
      </w:pPr>
      <w:r>
        <w:t>выплачивать в полном размере причитающуюся Работнику заработную плату в установленные сроки;</w:t>
      </w:r>
    </w:p>
    <w:p>
      <w:pPr>
        <w:pStyle w:val="ListBulle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>
      <w:pPr>
        <w:pStyle w:val="ListBullet"/>
      </w:pPr>
      <w:r>
        <w:t>осуществлять обязательное социальное страхование Работника в порядке, установленном федеральными законами.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пятидневная рабочая неделя продолжительностью 40 часов с двумя выходными днями (суббота и воскресенье).</w:t>
      </w:r>
    </w:p>
    <w:p>
      <w:r>
        <w:t>5.2. Режим рабочего времени: начало работы в [время], окончание работы в [время], перерыв для отдыха и питания продолжительностью [количество] минут с [время] до [время].</w:t>
      </w:r>
    </w:p>
    <w:p>
      <w:r>
        <w:t>5.3. Работнику предоставляется ежегодный основной оплачиваемый отпуск продолжительностью 28 календарных дней.</w:t>
      </w:r>
    </w:p>
    <w:p>
      <w:r>
        <w:t>5.4. Работнику может предоставляться ежегодный дополнительный оплачиваемый отпуск за работу с вредными и (или) опасными условиями труда по результатам специальной оценки условий труда.</w:t>
      </w:r>
    </w:p>
    <w:p>
      <w:pPr>
        <w:pStyle w:val="Heading3"/>
      </w:pPr>
      <w:r>
        <w:t>6. Оплата труда</w:t>
      </w:r>
    </w:p>
    <w:p>
      <w:r>
        <w:t>6.1. Работнику устанавливается должностной оклад в размере [сумма] рублей в месяц.</w:t>
      </w:r>
    </w:p>
    <w:p>
      <w:r>
        <w:t>6.2. Работнику выплачивается премия за достижение показателей по снижению производственного травматизма и выполнение плановых мероприятий по охране труда в размере, определяемом положением о премировании.</w:t>
      </w:r>
    </w:p>
    <w:p>
      <w:r>
        <w:t>6.3. Заработная плата выплачивается два раза в месяц: [дата] и [дата].</w:t>
      </w:r>
    </w:p>
    <w:p>
      <w:r>
        <w:t>6.4. При выполнении работы в условиях, отклоняющихся от нормальных, производятся доплаты в соответствии с трудовым законодательством.</w:t>
      </w:r>
    </w:p>
    <w:p>
      <w:pPr>
        <w:pStyle w:val="Heading3"/>
      </w:pPr>
      <w:r>
        <w:t>7. Гарантии и компенсации</w:t>
      </w:r>
    </w:p>
    <w:p>
      <w:r>
        <w:t>7.1. Работнику предоставляются гарантии и компенсации, предусмотренные Трудовым кодексом РФ и локальными нормативными актами Работодателя.</w:t>
      </w:r>
    </w:p>
    <w:p>
      <w:r>
        <w:t>7.2. Работнику возмещаются расходы, связанные со служебными командировками, в порядке, установленном законодательством.</w:t>
      </w:r>
    </w:p>
    <w:p>
      <w:r>
        <w:t>7.3. Работник подлежит обязательному социальному страхованию от несчастных случаев на производстве и профессиональных заболеваний.</w:t>
      </w:r>
    </w:p>
    <w:p>
      <w:pPr>
        <w:pStyle w:val="Heading3"/>
      </w:pPr>
      <w:r>
        <w:t>8. Ответственность сторон</w:t>
      </w:r>
    </w:p>
    <w:p>
      <w:r>
        <w:t>8.1. Стороны несут ответственность за неисполнение или ненадлежащее исполнение обязанностей по настоящему договору в соответствии с законодательством РФ.</w:t>
      </w:r>
    </w:p>
    <w:p>
      <w:r>
        <w:t>8.2. Работник несет материальную ответственность за прямой действительный ущерб, причиненный Работодателю, в пределах, установленных Трудовым кодексом РФ.</w:t>
      </w:r>
    </w:p>
    <w:p>
      <w:r>
        <w:t>8.3. Работодатель несет ответственность за задержку выплаты заработной платы и иные нарушения трудового законодательства.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 [дата] и действует до [дата] (или бессрочно).</w:t>
      </w:r>
    </w:p>
    <w:p>
      <w:r>
        <w:t>9.2. Условия договора могут быть изменены только по соглашению сторон в письменной форме.</w:t>
      </w:r>
    </w:p>
    <w:p>
      <w:r>
        <w:t>9.3. Споры между сторонами разрешаются в порядке, установленном трудовым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стороны.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КПП [КПП], адрес: [адрес], телефон: [телефон], email: [email].</w:t>
      </w:r>
    </w:p>
    <w:p>
      <w:r>
        <w:t>Работник: [Фамилия Имя Отчество], паспорт: [серия, номер], выдан [кем, когда], адрес: [адрес], телефон: [телефон], email: [email].</w:t>
      </w:r>
    </w:p>
    <w:p>
      <w:r>
        <w:t>[Должность руководителя] ____________ [Фамилия И.О.]</w:t>
      </w:r>
    </w:p>
    <w:p>
      <w:r>
        <w:t>Специалист по охране труда ____________ [Фамилия И.О.]</w:t>
      </w:r>
    </w:p>
    <w:p>
      <w:r>
        <w:t>С условиями договора ознакомлен, экземпляр договора получен: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