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Трудовой договор с педагогом</w:t>
      </w:r>
    </w:p>
    <w:p>
      <w:pPr>
        <w:pStyle w:val="Heading2"/>
      </w:pPr>
      <w:r>
        <w:t>ТРУДОВОЙ ДОГОВОР № [номер]</w:t>
      </w:r>
    </w:p>
    <w:p>
      <w:r>
        <w:t>[Название организации], именуемое в дальнейшем «Работодатель», в лице [Должность руководителя] [Фамилия Имя Отчество], действующего на основании [Устав, приказ, доверенность], с одной стороны, и гражданин(ка) [Фамилия Имя Отчество], именуемый(ая) в дальнейшем «Работник», с другой стороны, заключили настоящий договор о нижеследующем.</w:t>
      </w:r>
    </w:p>
    <w:p>
      <w:pPr>
        <w:pStyle w:val="Heading3"/>
      </w:pPr>
      <w:r>
        <w:t>1. Предмет договора</w:t>
      </w:r>
    </w:p>
    <w:p>
      <w:r>
        <w:t>1.1. Работодатель предоставляет Работнику работу по должности [наименование должности, например: учитель математики] в [наименование структурного подразделения, например: основной общеобразовательной школе], а Работник обязуется лично выполнять указанную работу в соответствии с условиями настоящего договора.</w:t>
      </w:r>
    </w:p>
    <w:p>
      <w:r>
        <w:t>1.2. Работа является для Работника [основной / по совместительству].</w:t>
      </w:r>
    </w:p>
    <w:p>
      <w:r>
        <w:t>1.3. Место работы: [адрес места работы].</w:t>
      </w:r>
    </w:p>
    <w:p>
      <w:r>
        <w:t>1.4. Условия труда на рабочем месте: [описание условий, например: нормальные, допустимые, с указанием класса вредности, если применимо].</w:t>
      </w:r>
    </w:p>
    <w:p>
      <w:pPr>
        <w:pStyle w:val="Heading3"/>
      </w:pPr>
      <w:r>
        <w:t>2. Срок договора</w:t>
      </w:r>
    </w:p>
    <w:p>
      <w:r>
        <w:t>2.1. Договор заключается на [неопределенный срок / определенный срок с указанием даты начала и окончания].</w:t>
      </w:r>
    </w:p>
    <w:p>
      <w:r>
        <w:t>2.2. Дата начала работы: [дата].</w:t>
      </w:r>
    </w:p>
    <w:p>
      <w:r>
        <w:t>2.3. Работнику устанавливается испытательный срок продолжительностью [количество месяцев] с даты начала работы.</w:t>
      </w:r>
    </w:p>
    <w:p>
      <w:pPr>
        <w:pStyle w:val="Heading3"/>
      </w:pPr>
      <w:r>
        <w:t>3. Права и обязанности работника</w:t>
      </w:r>
    </w:p>
    <w:p>
      <w:r>
        <w:t>3.1. Работник имеет право на:</w:t>
      </w:r>
    </w:p>
    <w:p>
      <w:pPr>
        <w:pStyle w:val="ListBullet"/>
      </w:pPr>
      <w:r>
        <w:t>предоставление работы, обусловленной договором;</w:t>
      </w:r>
    </w:p>
    <w:p>
      <w:pPr>
        <w:pStyle w:val="ListBullet"/>
      </w:pPr>
      <w:r>
        <w:t>рабочее место, соответствующее государственным нормативным требованиям охраны труда;</w:t>
      </w:r>
    </w:p>
    <w:p>
      <w:pPr>
        <w:pStyle w:val="ListBullet"/>
      </w:pPr>
      <w:r>
        <w:t>своевременную и в полном объеме выплату заработной платы;</w:t>
      </w:r>
    </w:p>
    <w:p>
      <w:pPr>
        <w:pStyle w:val="ListBulle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категорий работников, предоставлением еженедельных выходных дней, нерабочих праздничных дней, оплачиваемых отпусков;</w:t>
      </w:r>
    </w:p>
    <w:p>
      <w:pPr>
        <w:pStyle w:val="ListBullet"/>
      </w:pPr>
      <w:r>
        <w:t>профессиональную подготовку, переподготовку и повышение квалификации;</w:t>
      </w:r>
    </w:p>
    <w:p>
      <w:pPr>
        <w:pStyle w:val="ListBullet"/>
      </w:pPr>
      <w:r>
        <w:t>защиту своих трудовых прав и законных интересов всеми не запрещенными законом способами.</w:t>
      </w:r>
    </w:p>
    <w:p>
      <w:r>
        <w:t>3.2. Работник обязан:</w:t>
      </w:r>
    </w:p>
    <w:p>
      <w:pPr>
        <w:pStyle w:val="ListBullet"/>
      </w:pPr>
      <w:r>
        <w:t>осуществлять обучение и воспитание обучающихся с учетом их психолого-физиологических особенностей и специфики преподаваемого предмета;</w:t>
      </w:r>
    </w:p>
    <w:p>
      <w:pPr>
        <w:pStyle w:val="ListBullet"/>
      </w:pPr>
      <w:r>
        <w:t>проводить учебные занятия в соответствии с учебным планом и расписанием, обеспечивая высокое качество образования;</w:t>
      </w:r>
    </w:p>
    <w:p>
      <w:pPr>
        <w:pStyle w:val="ListBullet"/>
      </w:pPr>
      <w:r>
        <w:t>разрабатывать рабочие программы по учебному предмету на основе федеральных государственных образовательных стандартов и нести ответственность за их реализацию в полном объеме;</w:t>
      </w:r>
    </w:p>
    <w:p>
      <w:pPr>
        <w:pStyle w:val="ListBullet"/>
      </w:pPr>
      <w:r>
        <w:t>осуществлять текущий контроль успеваемости и промежуточную аттестацию обучающихся, вести документацию (журналы, электронные дневники);</w:t>
      </w:r>
    </w:p>
    <w:p>
      <w:pPr>
        <w:pStyle w:val="ListBullet"/>
      </w:pPr>
      <w:r>
        <w:t>организовывать внеурочную деятельность и дополнительные занятия с обучающимися, в том числе проектно-исследовательскую;</w:t>
      </w:r>
    </w:p>
    <w:p>
      <w:pPr>
        <w:pStyle w:val="ListBullet"/>
      </w:pPr>
      <w:r>
        <w:t>обеспечивать безопасное проведение образовательного процесса, охрану жизни и здоровья обучающихся во время занятий;</w:t>
      </w:r>
    </w:p>
    <w:p>
      <w:pPr>
        <w:pStyle w:val="ListBullet"/>
      </w:pPr>
      <w:r>
        <w:t>соблюдать правила внутреннего трудового распорядка, требования охраны труда и пожарной безопасности;</w:t>
      </w:r>
    </w:p>
    <w:p>
      <w:pPr>
        <w:pStyle w:val="ListBullet"/>
      </w:pPr>
      <w:r>
        <w:t>проходить обязательные предварительные и периодические медицинские осмотры;</w:t>
      </w:r>
    </w:p>
    <w:p>
      <w:pPr>
        <w:pStyle w:val="ListBullet"/>
      </w:pPr>
      <w:r>
        <w:t>систематически повышать свою профессиональную квалификацию.</w:t>
      </w:r>
    </w:p>
    <w:p>
      <w:pPr>
        <w:pStyle w:val="Heading3"/>
      </w:pPr>
      <w:r>
        <w:t>4. Права и обязанности работодателя</w:t>
      </w:r>
    </w:p>
    <w:p>
      <w:r>
        <w:t>4.1. Работодатель имеет право:</w:t>
      </w:r>
    </w:p>
    <w:p>
      <w:pPr>
        <w:pStyle w:val="ListBullet"/>
      </w:pPr>
      <w:r>
        <w:t>требовать от Работника исполнения трудовых обязанностей и бережного отношения к имуществу;</w:t>
      </w:r>
    </w:p>
    <w:p>
      <w:pPr>
        <w:pStyle w:val="ListBullet"/>
      </w:pPr>
      <w:r>
        <w:t>поощрять Работника за добросовестный труд;</w:t>
      </w:r>
    </w:p>
    <w:p>
      <w:pPr>
        <w:pStyle w:val="ListBullet"/>
      </w:pPr>
      <w:r>
        <w:t>привлекать Работника к дисциплинарной и материальной ответственности в порядке, установленном Трудовым кодексом РФ;</w:t>
      </w:r>
    </w:p>
    <w:p>
      <w:pPr>
        <w:pStyle w:val="ListBullet"/>
      </w:pPr>
      <w:r>
        <w:t>принимать локальные нормативные акты, затрагивающие права Работника, с учетом мнения выборного органа первичной профсоюзной организации.</w:t>
      </w:r>
    </w:p>
    <w:p>
      <w:r>
        <w:t>4.2. Работодатель обязан:</w:t>
      </w:r>
    </w:p>
    <w:p>
      <w:pPr>
        <w:pStyle w:val="ListBullet"/>
      </w:pPr>
      <w:r>
        <w:t>соблюдать трудовое законодательство и иные нормативные правовые акты, содержащие нормы трудового права;</w:t>
      </w:r>
    </w:p>
    <w:p>
      <w:pPr>
        <w:pStyle w:val="ListBullet"/>
      </w:pPr>
      <w:r>
        <w:t>предоставлять Работнику работу, обусловленную договором;</w:t>
      </w:r>
    </w:p>
    <w:p>
      <w:pPr>
        <w:pStyle w:val="ListBullet"/>
      </w:pPr>
      <w:r>
        <w:t>обеспечивать безопасность и условия труда, соответствующие государственным нормативным требованиям охраны труда;</w:t>
      </w:r>
    </w:p>
    <w:p>
      <w:pPr>
        <w:pStyle w:val="ListBullet"/>
      </w:pPr>
      <w:r>
        <w:t>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>
      <w:pPr>
        <w:pStyle w:val="ListBullet"/>
      </w:pPr>
      <w:r>
        <w:t>выплачивать в полном размере причитающуюся заработную плату в установленные сроки;</w:t>
      </w:r>
    </w:p>
    <w:p>
      <w:pPr>
        <w:pStyle w:val="ListBullet"/>
      </w:pPr>
      <w:r>
        <w:t>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>
      <w:pPr>
        <w:pStyle w:val="ListBullet"/>
      </w:pPr>
      <w:r>
        <w:t>осуществлять обязательное социальное страхование Работника.</w:t>
      </w:r>
    </w:p>
    <w:p>
      <w:pPr>
        <w:pStyle w:val="Heading3"/>
      </w:pPr>
      <w:r>
        <w:t>5. Режим рабочего времени и времени отдыха</w:t>
      </w:r>
    </w:p>
    <w:p>
      <w:r>
        <w:t>5.1. Работнику устанавливается [нормальная продолжительность рабочего времени не более 40 часов в неделю / сокращенная продолжительность рабочего времени не более 36 часов в неделю].</w:t>
      </w:r>
    </w:p>
    <w:p>
      <w:r>
        <w:t>5.2. Учебная нагрузка Работника составляет [количество часов] часов в неделю.</w:t>
      </w:r>
    </w:p>
    <w:p>
      <w:r>
        <w:t>5.3. Режим рабочего времени определяется правилами внутреннего трудового распорядка и расписанием занятий, с которыми Работник ознакомлен.</w:t>
      </w:r>
    </w:p>
    <w:p>
      <w:r>
        <w:t>5.4. Работнику предоставляется ежегодный основной удлиненный оплачиваемый отпуск продолжительностью [количество календарных дней].</w:t>
      </w:r>
    </w:p>
    <w:p>
      <w:r>
        <w:t>5.5. Работнику предоставляются выходные дни в соответствии с правилами внутреннего трудового распорядка.</w:t>
      </w:r>
    </w:p>
    <w:p>
      <w:pPr>
        <w:pStyle w:val="Heading3"/>
      </w:pPr>
      <w:r>
        <w:t>6. Оплата труда</w:t>
      </w:r>
    </w:p>
    <w:p>
      <w:r>
        <w:t>6.1. За выполнение трудовых обязанностей Работнику устанавливается заработная плата в размере [сумма] рублей в месяц, включающая:</w:t>
      </w:r>
    </w:p>
    <w:p>
      <w:pPr>
        <w:pStyle w:val="ListBullet"/>
      </w:pPr>
      <w:r>
        <w:t>оклад (должностной оклад) в размере [сумма] рублей;</w:t>
      </w:r>
    </w:p>
    <w:p>
      <w:pPr>
        <w:pStyle w:val="ListBullet"/>
      </w:pPr>
      <w:r>
        <w:t>компенсационные выплаты: [перечень и размер, например: за работу во вредных условиях, за работу в сельской местности].</w:t>
      </w:r>
    </w:p>
    <w:p>
      <w:r>
        <w:t>6.2. Работнику могут производиться стимулирующие выплаты в соответствии с положением об оплате труда работников [Название организации].</w:t>
      </w:r>
    </w:p>
    <w:p>
      <w:r>
        <w:t>6.3. Заработная плата выплачивается два раза в месяц: [число] и [число] числа каждого месяца путем перечисления на банковскую карту Работника.</w:t>
      </w:r>
    </w:p>
    <w:p>
      <w:pPr>
        <w:pStyle w:val="Heading3"/>
      </w:pPr>
      <w:r>
        <w:t>7. Гарантии и компенсации</w:t>
      </w:r>
    </w:p>
    <w:p>
      <w:r>
        <w:t>7.1. Работник подлежит обязательному социальному страхованию в порядке, установленном законодательством РФ.</w:t>
      </w:r>
    </w:p>
    <w:p>
      <w:r>
        <w:t>7.2. Работнику предоставляются гарантии и компенсации, предусмотренные Трудовым кодексом РФ и локальными нормативными актами Работодателя.</w:t>
      </w:r>
    </w:p>
    <w:p>
      <w:r>
        <w:t>7.3. Работнику может быть предоставлена дополнительная компенсация в виде [описание, например: ежегодного дополнительного отпуска за выслугу лет, возмещения расходов на проезд].</w:t>
      </w:r>
    </w:p>
    <w:p>
      <w:pPr>
        <w:pStyle w:val="Heading3"/>
      </w:pPr>
      <w:r>
        <w:t>8. Ответственность сторон</w:t>
      </w:r>
    </w:p>
    <w:p>
      <w:r>
        <w:t>8.1. Стороны несут ответственность за неисполнение или ненадлежащее исполнение обязательств по настоящему договору в соответствии с законодательством РФ.</w:t>
      </w:r>
    </w:p>
    <w:p>
      <w:r>
        <w:t>8.2. Работник несет материальную ответственность за ущерб, причиненный Работодателю, в пределах, установленных Трудовым кодексом РФ.</w:t>
      </w:r>
    </w:p>
    <w:p>
      <w:r>
        <w:t>8.3. Работодатель несет ответственность за задержку выплаты заработной платы и другие нарушения, допущенные в отношении Работника, в соответствии с Трудовым кодексом РФ.</w:t>
      </w:r>
    </w:p>
    <w:p>
      <w:pPr>
        <w:pStyle w:val="Heading3"/>
      </w:pPr>
      <w:r>
        <w:t>9. Заключительные положения</w:t>
      </w:r>
    </w:p>
    <w:p>
      <w:r>
        <w:t>9.1. Настоящий договор вступает в силу с [дата] и действует до [дата или бессрочно].</w:t>
      </w:r>
    </w:p>
    <w:p>
      <w:r>
        <w:t>9.2. Изменения и дополнения к договору оформляются в письменной форме и подписываются обеими сторонами.</w:t>
      </w:r>
    </w:p>
    <w:p>
      <w:r>
        <w:t>9.3. Споры между сторонами разрешаются путем переговоров, а при недостижении согласия в порядке, установленном законодательством РФ.</w:t>
      </w:r>
    </w:p>
    <w:p>
      <w:r>
        <w:t>9.4. Договор составлен в двух экземплярах, имеющих одинаковую юридическую силу, по одному для каждой стороны.</w:t>
      </w:r>
    </w:p>
    <w:p>
      <w:pPr>
        <w:pStyle w:val="Heading3"/>
      </w:pPr>
      <w:r>
        <w:t>10. Реквизиты и подписи сторон</w:t>
      </w:r>
    </w:p>
    <w:p>
      <w:r>
        <w:t>Работодатель: [Название организации], ИНН [ИНН], КПП [КПП], юридический адрес: [адрес], банковские реквизиты: [реквизиты].</w:t>
      </w:r>
    </w:p>
    <w:p>
      <w:r>
        <w:t>Работник: [Фамилия Имя Отчество], паспорт: серия [серия] № [номер], выдан [кем выдан], дата выдачи [дата], адрес регистрации: [адрес], телефон: [телефон], email: [email].</w:t>
      </w:r>
    </w:p>
    <w:p>
      <w:r>
        <w:t>[Должность руководителя] ____________ [Фамилия И.О.]</w:t>
      </w:r>
    </w:p>
    <w:p>
      <w:r>
        <w:t>Работник ____________ [Фамилия И.О.]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