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педагогом дополнительного образования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приказ, доверенность], с одной стороны, и гражданин(ка) [Фамилия Имя Отчество], именуемый(ая) в дальнейшем «Работник», с другой стороны, заключили настоящий трудовой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педагога дополнительного образования, а Работник обязуется лично выполнять указанную работу в соответствии с условиями настоящего договора.</w:t>
      </w:r>
    </w:p>
    <w:p>
      <w:r>
        <w:t>1.2. Работник принимается для реализации дополнительной общеобразовательной программы [наименование программы] в [структурное подразделение, если есть].</w:t>
      </w:r>
    </w:p>
    <w:p>
      <w:r>
        <w:t>1.3. Работа является для Работника [основной/по совместительству].</w:t>
      </w:r>
    </w:p>
    <w:p>
      <w:r>
        <w:t>1.4. Место работы: [адрес места работы].</w:t>
      </w:r>
    </w:p>
    <w:p>
      <w:pPr>
        <w:pStyle w:val="Heading3"/>
      </w:pPr>
      <w:r>
        <w:t>2. Срок договора</w:t>
      </w:r>
    </w:p>
    <w:p>
      <w:r>
        <w:t>2.1. Настоящий договор заключается на [неопределенный срок / определенный срок с [дата] по [дата]].</w:t>
      </w:r>
    </w:p>
    <w:p>
      <w:r>
        <w:t>2.2. Если договор заключен на определенный срок, основанием является [указать основание, например: выполнение определенного объема работы, временное отсутствие основного работника].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право:</w:t>
      </w:r>
    </w:p>
    <w:p>
      <w:pPr>
        <w:pStyle w:val="ListBullet"/>
      </w:pPr>
      <w:r>
        <w:t>на предоставление работы, обусловленной договором;</w:t>
      </w:r>
    </w:p>
    <w:p>
      <w:pPr>
        <w:pStyle w:val="ListBullet"/>
      </w:pPr>
      <w:r>
        <w:t>на рабочее место, соответствующее требованиям охраны труда;</w:t>
      </w:r>
    </w:p>
    <w:p>
      <w:pPr>
        <w:pStyle w:val="ListBullet"/>
      </w:pPr>
      <w:r>
        <w:t>на своевременную и в полном объеме выплату заработной платы;</w:t>
      </w:r>
    </w:p>
    <w:p>
      <w:pPr>
        <w:pStyle w:val="ListBullet"/>
      </w:pPr>
      <w:r>
        <w:t>на отдых, обеспечиваемый установлением нормальной продолжительности рабочего времени, сокращенного рабочего времени для отдельных категорий, предоставлением еженедельных выходных дней, нерабочих праздничных дней, оплачиваемых отпусков;</w:t>
      </w:r>
    </w:p>
    <w:p>
      <w:pPr>
        <w:pStyle w:val="ListBullet"/>
      </w:pPr>
      <w:r>
        <w:t>на профессиональную подготовку, переподготовку и повышение квалификации;</w:t>
      </w:r>
    </w:p>
    <w:p>
      <w:pPr>
        <w:pStyle w:val="ListBullet"/>
      </w:pPr>
      <w:r>
        <w:t>на защиту своих трудовых прав, свобод и законных интересов всеми не запрещенными законом способами.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свои трудовые обязанности, возложенные на него настоящим договором и должностной инструкцией;</w:t>
      </w:r>
    </w:p>
    <w:p>
      <w:pPr>
        <w:pStyle w:val="ListBullet"/>
      </w:pPr>
      <w:r>
        <w:t>разрабатывать и реализовывать дополнительные общеобразовательные программы, обеспечивать их выполнение в полном объеме;</w:t>
      </w:r>
    </w:p>
    <w:p>
      <w:pPr>
        <w:pStyle w:val="ListBullet"/>
      </w:pPr>
      <w:r>
        <w:t>проводить учебные занятия с обучающимися, используя современные образовательные технологии, включая информационные, а также цифровые образовательные ресурсы;</w:t>
      </w:r>
    </w:p>
    <w:p>
      <w:pPr>
        <w:pStyle w:val="ListBullet"/>
      </w:pPr>
      <w:r>
        <w:t>обеспечивать охрану жизни и здоровья обучающихся во время образовательного процесса;</w:t>
      </w:r>
    </w:p>
    <w:p>
      <w:pPr>
        <w:pStyle w:val="ListBullet"/>
      </w:pPr>
      <w:r>
        <w:t>вести учебную документацию (журналы, планы, отчеты) в установленном порядке;</w:t>
      </w:r>
    </w:p>
    <w:p>
      <w:pPr>
        <w:pStyle w:val="ListBullet"/>
      </w:pPr>
      <w:r>
        <w:t>организовывать участие обучающихся в массовых мероприятиях, выставках, конкурсах, соревнованиях;</w:t>
      </w:r>
    </w:p>
    <w:p>
      <w:pPr>
        <w:pStyle w:val="ListBullet"/>
      </w:pPr>
      <w:r>
        <w:t>соблюдать правила внутреннего трудового распорядка, трудовую дисциплину, требования охраны труда и пожарной безопасности;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проходить обязательные предварительные и периодические медицинские осмотры;</w:t>
      </w:r>
    </w:p>
    <w:p>
      <w:pPr>
        <w:pStyle w:val="ListBullet"/>
      </w:pPr>
      <w:r>
        <w:t>соблюдать этические нормы, уважать честь и достоинство обучающихся и коллег.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эффективный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акты, непосредственно связанные с трудовой деятельностью Работника.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права;</w:t>
      </w:r>
    </w:p>
    <w:p>
      <w:pPr>
        <w:pStyle w:val="ListBullet"/>
      </w:pPr>
      <w:r>
        <w:t>предоставлять Работнику работу, обусловленную трудовым договором;</w:t>
      </w:r>
    </w:p>
    <w:p>
      <w:pPr>
        <w:pStyle w:val="ListBulle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>
      <w:pPr>
        <w:pStyle w:val="ListBullet"/>
      </w:pPr>
      <w:r>
        <w:t>выплачивать в полном размере причитающуюся Работнику заработную плату в сроки, установленные настоящим договором;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(40 часов в неделю) / сокращенная продолжительность рабочего времени (не более 36 часов в неделю)].</w:t>
      </w:r>
    </w:p>
    <w:p>
      <w:r>
        <w:t>5.2. Рабочее время определяется графиком работы, утверждаемым Работодателем с учетом мнения выборного органа первичной профсоюзной организации (при наличии).</w:t>
      </w:r>
    </w:p>
    <w:p>
      <w:r>
        <w:t>5.3. Работнику предоставляется ежегодный основной оплачиваемый отпуск продолжительностью [28] календарных дней. Право на использование отпуска за первый год работы возникает у Работника по истечении шести месяцев его непрерывной работы у данного Работодателя.</w:t>
      </w:r>
    </w:p>
    <w:p>
      <w:r>
        <w:t>5.4. Работнику могут предоставляться дополнительные оплачиваемые отпуска в случаях и порядке, предусмотренных законодательством и локальными актами Работодателя.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заработная плата в размере [сумма] рублей в месяц, включающая:</w:t>
      </w:r>
    </w:p>
    <w:p>
      <w:pPr>
        <w:pStyle w:val="ListBullet"/>
      </w:pPr>
      <w:r>
        <w:t>должностной оклад (ставка) в размере [сумма] рублей;</w:t>
      </w:r>
    </w:p>
    <w:p>
      <w:pPr>
        <w:pStyle w:val="ListBullet"/>
      </w:pPr>
      <w:r>
        <w:t>компенсационные выплаты: [перечислить, например: за работу в условиях, отклоняющихся от нормальных, за работу в местностях с особыми климатическими условиями];</w:t>
      </w:r>
    </w:p>
    <w:p>
      <w:pPr>
        <w:pStyle w:val="ListBullet"/>
      </w:pPr>
      <w:r>
        <w:t>стимулирующие выплаты: [перечислить, например: за интенсивность и высокие результаты работы, за качество выполняемых работ, за выслугу лет].</w:t>
      </w:r>
    </w:p>
    <w:p>
      <w:r>
        <w:t>6.2. Заработная плата выплачивается Работнику [указать периодичность, например: два раза в месяц: аванс [число] числа текущего месяца, окончательный расчет [число] числа следующего месяца].</w:t>
      </w:r>
    </w:p>
    <w:p>
      <w:r>
        <w:t>6.3. При выполнении работы за пределами установленной продолжительности рабочего времени, в ночное время, выходные и нерабочие праздничные дни Работнику производятся доплаты в соответствии с трудовым законодательством и локальными актами Работодателя.</w:t>
      </w:r>
    </w:p>
    <w:p>
      <w:pPr>
        <w:pStyle w:val="Heading3"/>
      </w:pPr>
      <w:r>
        <w:t>7. Гарантии и компенсации</w:t>
      </w:r>
    </w:p>
    <w:p>
      <w:r>
        <w:t>7.1. На Работника распространяются все гарантии и компенсации, предусмотренные Трудовым кодексом РФ, иными нормативными правовыми актами, локальными актами Работодателя.</w:t>
      </w:r>
    </w:p>
    <w:p>
      <w:r>
        <w:t>7.2. Работодатель обеспечивает Работнику обязательное социальное страхование в соответствии с законодательством РФ.</w:t>
      </w:r>
    </w:p>
    <w:p>
      <w:r>
        <w:t>7.3. Работнику предоставляются дополнительные гарантии и компенсации: [перечислить, например: компенсация расходов на проезд, оплата курсов повышения квалификации, предоставление служебного жилья].</w:t>
      </w:r>
    </w:p>
    <w:p>
      <w:pPr>
        <w:pStyle w:val="Heading3"/>
      </w:pPr>
      <w:r>
        <w:t>8. Ответственность сторон</w:t>
      </w:r>
    </w:p>
    <w:p>
      <w:r>
        <w:t>8.1. За неисполнение или ненадлежащее исполнение обязанностей, предусмотренных настоящим договором, стороны несут ответственность в соответствии с трудовым законодательством РФ.</w:t>
      </w:r>
    </w:p>
    <w:p>
      <w:r>
        <w:t>8.2. Работник несет материальную ответственность за ущерб, причиненный Работодателю в результате его виновного противоправного поведения (действий или бездействия), в пределах, установленных Трудовым кодексом РФ.</w:t>
      </w:r>
    </w:p>
    <w:p>
      <w:r>
        <w:t>8.3. Работодатель несет материальную и иную ответственность перед Работником в случаях, предусмотренных Трудовым кодексом РФ и иными федеральными законами.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 или бессрочно].</w:t>
      </w:r>
    </w:p>
    <w:p>
      <w:r>
        <w:t>9.2. Условия настоящего договора могут быть изменены только по соглашению сторон в письменной форме.</w:t>
      </w:r>
    </w:p>
    <w:p>
      <w:r>
        <w:t>9.3. Споры между сторонами разрешаются в порядке, установленном трудовым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телефон: [телефон], email: [email].</w:t>
      </w:r>
    </w:p>
    <w:p>
      <w:r>
        <w:t>Работник: [Фамилия Имя Отчество], паспорт: серия [серия] номер [номер], выдан [кем выдан], дата выдачи [дата],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Педагог дополнительного образования ____________ [Фамилия И.О.]</w:t>
      </w:r>
    </w:p>
    <w:p>
      <w:r>
        <w:t>С условиями договора ознакомлен(а), экземпляр договора получен: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