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экономистом</w:t>
      </w:r>
    </w:p>
    <w:p>
      <w:pPr>
        <w:pStyle w:val="Heading2"/>
      </w:pPr>
      <w:r>
        <w:t>Трудовой договор с экономистом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[Устав/доверенность], с одной стороны, и гражданин(ка)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принимает Работника на должность экономиста в [наименование отдела/подразделения].</w:t>
      </w:r>
    </w:p>
    <w:p>
      <w:r>
        <w:t>1.2. Работник выполняет следующие обязанности:</w:t>
      </w:r>
    </w:p>
    <w:p>
      <w:pPr>
        <w:pStyle w:val="ListBullet"/>
      </w:pPr>
      <w:r>
        <w:t>сбор, обработка и анализ экономической и финансовой информации;</w:t>
      </w:r>
    </w:p>
    <w:p>
      <w:pPr>
        <w:pStyle w:val="ListBullet"/>
      </w:pPr>
      <w:r>
        <w:t>подготовка отчетности по установленным формам и срокам;</w:t>
      </w:r>
    </w:p>
    <w:p>
      <w:pPr>
        <w:pStyle w:val="ListBullet"/>
      </w:pPr>
      <w:r>
        <w:t>участие в разработке бюджетов и планов;</w:t>
      </w:r>
    </w:p>
    <w:p>
      <w:pPr>
        <w:pStyle w:val="ListBullet"/>
      </w:pPr>
      <w:r>
        <w:t>анализ эффективности использования ресурсов;</w:t>
      </w:r>
    </w:p>
    <w:p>
      <w:pPr>
        <w:pStyle w:val="ListBullet"/>
      </w:pPr>
      <w:r>
        <w:t>расчет себестоимости продукции (работ, услуг);</w:t>
      </w:r>
    </w:p>
    <w:p>
      <w:pPr>
        <w:pStyle w:val="ListBullet"/>
      </w:pPr>
      <w:r>
        <w:t>выявление резервов повышения эффективности деятельности организации;</w:t>
      </w:r>
    </w:p>
    <w:p>
      <w:pPr>
        <w:pStyle w:val="ListBullet"/>
      </w:pPr>
      <w:r>
        <w:t>участие в проведении экономического анализа хозяйственной деятельности.</w:t>
      </w:r>
    </w:p>
    <w:p>
      <w:r>
        <w:t>1.3. Работа по настоящему договору является для Работника [основной/по совместительству].</w:t>
      </w:r>
    </w:p>
    <w:p>
      <w:pPr>
        <w:pStyle w:val="Heading3"/>
      </w:pPr>
      <w:r>
        <w:t>2. Срок договора</w:t>
      </w:r>
    </w:p>
    <w:p>
      <w:r>
        <w:t>2.1. Договор заключается на [неопределенный срок/определенный срок до [дата]].</w:t>
      </w:r>
    </w:p>
    <w:p>
      <w:r>
        <w:t>2.2. Работник приступает к работе с [дата].</w:t>
      </w:r>
    </w:p>
    <w:p>
      <w:r>
        <w:t>2.3. Испытательный срок устанавливается продолжительностью [количество месяцев].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договором;</w:t>
      </w:r>
    </w:p>
    <w:p>
      <w:pPr>
        <w:pStyle w:val="ListBullet"/>
      </w:pPr>
      <w:r>
        <w:t>рабочее место, соответствующее требованиям охраны труда;</w:t>
      </w:r>
    </w:p>
    <w:p>
      <w:pPr>
        <w:pStyle w:val="ListBullet"/>
      </w:pPr>
      <w:r>
        <w:t>своевременную и в полном объеме выплату заработной платы;</w:t>
      </w:r>
    </w:p>
    <w:p>
      <w:pPr>
        <w:pStyle w:val="ListBullet"/>
      </w:pPr>
      <w:r>
        <w:t>отдых, оплачиваемые отпуска;</w:t>
      </w:r>
    </w:p>
    <w:p>
      <w:pPr>
        <w:pStyle w:val="ListBullet"/>
      </w:pPr>
      <w:r>
        <w:t>повышение квалификации.</w:t>
      </w:r>
    </w:p>
    <w:p>
      <w:r>
        <w:t>3.2. Работник обязан:</w:t>
      </w:r>
    </w:p>
    <w:p>
      <w:pPr>
        <w:pStyle w:val="ListBullet"/>
      </w:pPr>
      <w:r>
        <w:t>добросовестно исполнять трудовые обязанности, возложенные договором;</w:t>
      </w:r>
    </w:p>
    <w:p>
      <w:pPr>
        <w:pStyle w:val="ListBullet"/>
      </w:pPr>
      <w:r>
        <w:t>соблюдать правила внутреннего трудового распорядка;</w:t>
      </w:r>
    </w:p>
    <w:p>
      <w:pPr>
        <w:pStyle w:val="ListBullet"/>
      </w:pPr>
      <w:r>
        <w:t>соблюдать трудовую дисциплину;</w:t>
      </w:r>
    </w:p>
    <w:p>
      <w:pPr>
        <w:pStyle w:val="ListBullet"/>
      </w:pPr>
      <w:r>
        <w:t>выполнять установленные нормы труда;</w:t>
      </w:r>
    </w:p>
    <w:p>
      <w:pPr>
        <w:pStyle w:val="ListBullet"/>
      </w:pPr>
      <w:r>
        <w:t>бережно относиться к имуществу Работодателя;</w:t>
      </w:r>
    </w:p>
    <w:p>
      <w:pPr>
        <w:pStyle w:val="ListBullet"/>
      </w:pPr>
      <w:r>
        <w:t>своевременно и качественно выполнять поручения руководителя;</w:t>
      </w:r>
    </w:p>
    <w:p>
      <w:pPr>
        <w:pStyle w:val="ListBullet"/>
      </w:pPr>
      <w:r>
        <w:t>обеспечивать сохранность коммерческой тайны.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обязанностей;</w:t>
      </w:r>
    </w:p>
    <w:p>
      <w:pPr>
        <w:pStyle w:val="ListBullet"/>
      </w:pPr>
      <w:r>
        <w:t>поощрять Работника за добросовестный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ответственности;</w:t>
      </w:r>
    </w:p>
    <w:p>
      <w:pPr>
        <w:pStyle w:val="ListBullet"/>
      </w:pPr>
      <w:r>
        <w:t>принимать локальные нормативные акты.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законодательство;</w:t>
      </w:r>
    </w:p>
    <w:p>
      <w:pPr>
        <w:pStyle w:val="ListBullet"/>
      </w:pPr>
      <w:r>
        <w:t>предоставлять работу, обусловленную договором;</w:t>
      </w:r>
    </w:p>
    <w:p>
      <w:pPr>
        <w:pStyle w:val="ListBullet"/>
      </w:pPr>
      <w:r>
        <w:t>обеспечивать безопасные условия труда;</w:t>
      </w:r>
    </w:p>
    <w:p>
      <w:pPr>
        <w:pStyle w:val="ListBullet"/>
      </w:pPr>
      <w:r>
        <w:t>выплачивать заработную плату в полном объеме и в срок;</w:t>
      </w:r>
    </w:p>
    <w:p>
      <w:pPr>
        <w:pStyle w:val="ListBullet"/>
      </w:pPr>
      <w:r>
        <w:t>знакомить Работника с локальными актами под роспись.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[пятидневная рабочая неделя с двумя выходными днями/иной режим].</w:t>
      </w:r>
    </w:p>
    <w:p>
      <w:r>
        <w:t>5.2. Продолжительность рабочего времени: [количество часов] в неделю.</w:t>
      </w:r>
    </w:p>
    <w:p>
      <w:r>
        <w:t>5.3. Время начала и окончания работы: с [время] до [время].</w:t>
      </w:r>
    </w:p>
    <w:p>
      <w:r>
        <w:t>5.4. Работнику предоставляется ежегодный основной оплачиваемый отпуск продолжительностью 28 календарных дней.</w:t>
      </w:r>
    </w:p>
    <w:p>
      <w:r>
        <w:t>5.5. Работнику предоставляется [дополнительный отпуск/льготы] в соответствии с законодательством.</w:t>
      </w:r>
    </w:p>
    <w:p>
      <w:pPr>
        <w:pStyle w:val="Heading3"/>
      </w:pPr>
      <w:r>
        <w:t>6. Оплата труда</w:t>
      </w:r>
    </w:p>
    <w:p>
      <w:r>
        <w:t>6.1. За выполнение трудовых обязанностей Работнику устанавливается должностной оклад в размере [сумма] рублей в месяц.</w:t>
      </w:r>
    </w:p>
    <w:p>
      <w:r>
        <w:t>6.2. Заработная плата выплачивается [указать период, например, два раза в месяц: 25 числа текущего месяца и 10 числа следующего месяца].</w:t>
      </w:r>
    </w:p>
    <w:p>
      <w:r>
        <w:t>6.3. Работнику могут выплачиваться премии и надбавки в соответствии с [название локального акта].</w:t>
      </w:r>
    </w:p>
    <w:p>
      <w:pPr>
        <w:pStyle w:val="Heading3"/>
      </w:pPr>
      <w:r>
        <w:t>7. Гарантии и компенсации</w:t>
      </w:r>
    </w:p>
    <w:p>
      <w:r>
        <w:t>7.1. Работнику предоставляются гарантии и компенсации, предусмотренные Трудовым кодексом РФ и локальными актами Работодателя.</w:t>
      </w:r>
    </w:p>
    <w:p>
      <w:r>
        <w:t>7.2. Работодатель оплачивает [например, обучение, проезд, жилье] в случаях, предусмотренных договором.</w:t>
      </w:r>
    </w:p>
    <w:p>
      <w:pPr>
        <w:pStyle w:val="Heading3"/>
      </w:pPr>
      <w:r>
        <w:t>8. Ответственность сторон</w:t>
      </w:r>
    </w:p>
    <w:p>
      <w:r>
        <w:t>8.1. Стороны несут ответственность за неисполнение или ненадлежащее исполнение условий договора в соответствии с законодательством РФ.</w:t>
      </w:r>
    </w:p>
    <w:p>
      <w:r>
        <w:t>8.2. Работник несет материальную ответственность за ущерб, причиненный Работодателю, в порядке, установленном законом.</w:t>
      </w:r>
    </w:p>
    <w:p>
      <w:pPr>
        <w:pStyle w:val="Heading3"/>
      </w:pPr>
      <w:r>
        <w:t>9. Заключительные положения</w:t>
      </w:r>
    </w:p>
    <w:p>
      <w:r>
        <w:t>9.1. Договор вступает в силу с момента подписания и действует до [дата/событие].</w:t>
      </w:r>
    </w:p>
    <w:p>
      <w:r>
        <w:t>9.2. Изменения и дополнения к договору оформляются в письменной форме и подписываются сторонами.</w:t>
      </w:r>
    </w:p>
    <w:p>
      <w:r>
        <w:t>9.3. Споры между сторонами разрешаются в порядке, установленном законодательством РФ.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адрес: [адрес], р/с [расчетный счет], банк [наименование банка], БИК [БИК].</w:t>
      </w:r>
    </w:p>
    <w:p>
      <w:r>
        <w:t>Работник: [Фамилия Имя Отчество], паспорт: серия [серия] номер [номер], выдан [кем выдан] [дата], адрес: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