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учителя начальных классов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учитель начальных классов.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Педагог с [число] годами опыта работы в начальной школе. Владею современными методиками обучения и воспитания, умею выстраивать индивидуальные образовательные маршруты для учеников с разными потребностями. Ответственно отношусь к планированию уроков и внеурочной деятельности, стремлюсь к постоянному профессиональному развитию.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Место работы 1: [Название организации], [город]</w:t>
      </w:r>
    </w:p>
    <w:p>
      <w:r>
        <w:t>Должность: учитель начальных классов. Период: [дата] по [дата].</w:t>
      </w:r>
    </w:p>
    <w:p>
      <w:pPr>
        <w:pStyle w:val="ListBullet"/>
      </w:pPr>
      <w:r>
        <w:t>Проведение уроков по всем предметам начальной школы в соответствии с ФГОС.</w:t>
      </w:r>
    </w:p>
    <w:p>
      <w:pPr>
        <w:pStyle w:val="ListBullet"/>
      </w:pPr>
      <w:r>
        <w:t>Разработка рабочих программ и тематического планирования для [класс].</w:t>
      </w:r>
    </w:p>
    <w:p>
      <w:pPr>
        <w:pStyle w:val="ListBullet"/>
      </w:pPr>
      <w:r>
        <w:t>Организация внеурочной деятельности и классных часов.</w:t>
      </w:r>
    </w:p>
    <w:p>
      <w:pPr>
        <w:pStyle w:val="ListBullet"/>
      </w:pPr>
      <w:r>
        <w:t>Взаимодействие с родителями: проведение родительских собраний, индивидуальные консультации.</w:t>
      </w:r>
    </w:p>
    <w:p>
      <w:pPr>
        <w:pStyle w:val="ListBullet"/>
      </w:pPr>
      <w:r>
        <w:t>Ведение документации: электронный журнал, дневники наблюдений.</w:t>
      </w:r>
    </w:p>
    <w:p>
      <w:r>
        <w:t>Результаты: успеваемость класса по итогам года составила [процент]%, [число] учеников стали призёрами школьных олимпиад. Налажено партнёрство с родителями, посещаемость собраний выросла до [процент]%.</w:t>
      </w:r>
    </w:p>
    <w:p>
      <w:pPr>
        <w:pStyle w:val="Heading3"/>
      </w:pPr>
      <w:r>
        <w:t>Место работы 2: [Название организации], [город]</w:t>
      </w:r>
    </w:p>
    <w:p>
      <w:r>
        <w:t>Должность: учитель начальных классов. Период: [дата] по [дата].</w:t>
      </w:r>
    </w:p>
    <w:p>
      <w:pPr>
        <w:pStyle w:val="ListBullet"/>
      </w:pPr>
      <w:r>
        <w:t>Реализация адаптированных программ для детей с особыми образовательными потребностями.</w:t>
      </w:r>
    </w:p>
    <w:p>
      <w:pPr>
        <w:pStyle w:val="ListBullet"/>
      </w:pPr>
      <w:r>
        <w:t>Применение игровых и проектных технологий на уроках.</w:t>
      </w:r>
    </w:p>
    <w:p>
      <w:pPr>
        <w:pStyle w:val="ListBullet"/>
      </w:pPr>
      <w:r>
        <w:t>Организация экскурсий и мероприятий для сплочения коллектива.</w:t>
      </w:r>
    </w:p>
    <w:p>
      <w:pPr>
        <w:pStyle w:val="ListBullet"/>
      </w:pPr>
      <w:r>
        <w:t>Участие в методическом объединении учителей начальных классов.</w:t>
      </w:r>
    </w:p>
    <w:p>
      <w:r>
        <w:t>Результаты: повысилась мотивация учащихся, доля выполненных проектных работ достигла [процент]%. Подготовлен [число] победителей и призёров конкурсов разного уровня.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«Преподавание в начальных классах», квалификация «учитель начальных классов», [год].</w:t>
      </w:r>
    </w:p>
    <w:p>
      <w:r>
        <w:t>Диплом о профессиональной переподготовке по программе «[Название программы]»,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Знание ФГОС начального общего образования и современных УМК.</w:t>
      </w:r>
    </w:p>
    <w:p>
      <w:pPr>
        <w:pStyle w:val="ListBullet"/>
      </w:pPr>
      <w:r>
        <w:t>Владение методиками преподавания математики, русского языка, литературного чтения, окружающего мира.</w:t>
      </w:r>
    </w:p>
    <w:p>
      <w:pPr>
        <w:pStyle w:val="ListBullet"/>
      </w:pPr>
      <w:r>
        <w:t>Навыки работы с интерактивной доской и образовательными платформами.</w:t>
      </w:r>
    </w:p>
    <w:p>
      <w:pPr>
        <w:pStyle w:val="ListBullet"/>
      </w:pPr>
      <w:r>
        <w:t>Умение составлять рабочие программы и КТП.</w:t>
      </w:r>
    </w:p>
    <w:p>
      <w:pPr>
        <w:pStyle w:val="ListBullet"/>
      </w:pPr>
      <w:r>
        <w:t>Опыт проведения диагностики и коррекции учебных трудностей.</w:t>
      </w:r>
    </w:p>
    <w:p>
      <w:pPr>
        <w:pStyle w:val="ListBullet"/>
      </w:pPr>
      <w:r>
        <w:t>Навыки организации внеурочной деятельности и проектной работы.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Терпение и доброжелательность.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Умение находить подход к детям.</w:t>
      </w:r>
    </w:p>
    <w:p>
      <w:pPr>
        <w:pStyle w:val="ListBullet"/>
      </w:pPr>
      <w:r>
        <w:t>Коммуникабельность в работе с родителями и коллегами.</w:t>
      </w:r>
    </w:p>
    <w:p>
      <w:pPr>
        <w:pStyle w:val="ListBullet"/>
      </w:pPr>
      <w:r>
        <w:t>Стрессоустойчивость.</w:t>
      </w:r>
    </w:p>
    <w:p>
      <w:pPr>
        <w:pStyle w:val="ListBullet"/>
      </w:pPr>
      <w:r>
        <w:t>Творческий подход к обучению.</w:t>
      </w:r>
    </w:p>
    <w:p>
      <w:pPr>
        <w:pStyle w:val="Heading2"/>
      </w:pPr>
      <w:r>
        <w:t>Дополнительная информация</w:t>
      </w:r>
    </w:p>
    <w:p>
      <w:r>
        <w:t>Готова к работе в [режим работы], имею опыт классного руководства. Прохожу регулярное повышение квалификации, участвую в вебинарах и семинарах. Увлечения: детская литература, рукоделие. Рекомендации предоставляю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