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тренера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тренер по [вид спорта/фитнес-направление]. Контакты: [Фамилия Имя Отчество], телефон: [телефон], email: [email], город: [город].</w:t>
      </w:r>
    </w:p>
    <w:p>
      <w:pPr>
        <w:pStyle w:val="Heading2"/>
      </w:pPr>
      <w:r>
        <w:t>Кратко о себе</w:t>
      </w:r>
    </w:p>
    <w:p>
      <w:r>
        <w:t>Тренер с [число] годами опыта работы в [вид спорта/фитнес-клуб]. Специализируюсь на [конкретное направление, например: функциональный тренинг, силовые тренировки, детский фитнес]. Имею опыт подготовки спортсменов разного уровня, включая [достижения, например: призёров городских соревнований]. В работе сочетаю индивидуальный подход с современными методиками тренировок.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тренер по [вид спорта/фитнес-направление]. Период работы: с [дата] по [дата].</w:t>
      </w:r>
    </w:p>
    <w:p>
      <w:pPr>
        <w:pStyle w:val="ListBullet"/>
      </w:pPr>
      <w:r>
        <w:t>Проведение индивидуальных и групповых тренировок с клиентами разного уровня подготовки.</w:t>
      </w:r>
    </w:p>
    <w:p>
      <w:pPr>
        <w:pStyle w:val="ListBullet"/>
      </w:pPr>
      <w:r>
        <w:t>Разработка программ тренировок с учётом целей и физических возможностей клиентов.</w:t>
      </w:r>
    </w:p>
    <w:p>
      <w:pPr>
        <w:pStyle w:val="ListBullet"/>
      </w:pPr>
      <w:r>
        <w:t>Контроль техники выполнения упражнений и профилактика травматизма.</w:t>
      </w:r>
    </w:p>
    <w:p>
      <w:pPr>
        <w:pStyle w:val="ListBullet"/>
      </w:pPr>
      <w:r>
        <w:t>Ведение учёта посещаемости и прогресса клиентов.</w:t>
      </w:r>
    </w:p>
    <w:p>
      <w:pPr>
        <w:pStyle w:val="ListBullet"/>
      </w:pPr>
      <w:r>
        <w:t>Участие в организации и проведении внутренних соревнований и мастер-классов.</w:t>
      </w:r>
    </w:p>
    <w:p>
      <w:r>
        <w:t>Результаты: увеличил клиентскую базу на [число]% за [период]; подготовил [число] спортсменов к соревнованиям, из них [число] призёров.</w:t>
      </w:r>
    </w:p>
    <w:p>
      <w:pPr>
        <w:pStyle w:val="Heading3"/>
      </w:pPr>
      <w:r>
        <w:t>[Название организации], [город]</w:t>
      </w:r>
    </w:p>
    <w:p>
      <w:r>
        <w:t>Должность: инструктор по [вид спорта/фитнес-направление]. Период работы: с [дата] по [дата].</w:t>
      </w:r>
    </w:p>
    <w:p>
      <w:pPr>
        <w:pStyle w:val="ListBullet"/>
      </w:pPr>
      <w:r>
        <w:t>Проведение персональных тренировок и групповых занятий по [направление].</w:t>
      </w:r>
    </w:p>
    <w:p>
      <w:pPr>
        <w:pStyle w:val="ListBullet"/>
      </w:pPr>
      <w:r>
        <w:t>Составление планов тренировок и рекомендаций по питанию и восстановлению.</w:t>
      </w:r>
    </w:p>
    <w:p>
      <w:pPr>
        <w:pStyle w:val="ListBullet"/>
      </w:pPr>
      <w:r>
        <w:t>Проведение вводных занятий и консультаций для новых клиентов.</w:t>
      </w:r>
    </w:p>
    <w:p>
      <w:pPr>
        <w:pStyle w:val="ListBullet"/>
      </w:pPr>
      <w:r>
        <w:t>Взаимодействие с медицинским персоналом клуба для оценки состояния здоровья клиентов.</w:t>
      </w:r>
    </w:p>
    <w:p>
      <w:r>
        <w:t>Результаты: повысил удержание клиентов на [число]% благодаря индивидуальному подходу и регулярной обратной связи.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[специальность], [год окончания]. Диплом о профессиональной переподготовке по программе «[Название программы]», выдан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Владение методиками проведения тренировок по [вид спорта/фитнес-направление].</w:t>
      </w:r>
    </w:p>
    <w:p>
      <w:pPr>
        <w:pStyle w:val="ListBullet"/>
      </w:pPr>
      <w:r>
        <w:t>Составление индивидуальных программ тренировок и планов занятий.</w:t>
      </w:r>
    </w:p>
    <w:p>
      <w:pPr>
        <w:pStyle w:val="ListBullet"/>
      </w:pPr>
      <w:r>
        <w:t>Оценка физического состояния и функциональных возможностей клиентов.</w:t>
      </w:r>
    </w:p>
    <w:p>
      <w:pPr>
        <w:pStyle w:val="ListBullet"/>
      </w:pPr>
      <w:r>
        <w:t>Оказание первой помощи при травмах и неотложных состояниях.</w:t>
      </w:r>
    </w:p>
    <w:p>
      <w:pPr>
        <w:pStyle w:val="ListBullet"/>
      </w:pPr>
      <w:r>
        <w:t>Знание анатомии и физиологии человека в объёме, необходимом для тренерской работы.</w:t>
      </w:r>
    </w:p>
    <w:p>
      <w:pPr>
        <w:pStyle w:val="ListBullet"/>
      </w:pPr>
      <w:r>
        <w:t>Ведение документации и отчётности.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Коммуникабельность и умение находить подход к разным людям.</w:t>
      </w:r>
    </w:p>
    <w:p>
      <w:pPr>
        <w:pStyle w:val="ListBullet"/>
      </w:pPr>
      <w:r>
        <w:t>Терпеливость и стрессоустойчивость.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Умение мотивировать и вдохновлять клиентов.</w:t>
      </w:r>
    </w:p>
    <w:p>
      <w:pPr>
        <w:pStyle w:val="ListBullet"/>
      </w:pPr>
      <w:r>
        <w:t>Быстрая обучаемость и стремление к профессиональному развитию.</w:t>
      </w:r>
    </w:p>
    <w:p>
      <w:pPr>
        <w:pStyle w:val="Heading2"/>
      </w:pPr>
      <w:r>
        <w:t>Дополнительная информация</w:t>
      </w:r>
    </w:p>
    <w:p>
      <w:r>
        <w:t>Спортивные достижения: [спортивное звание, например: кандидат в мастера спорта по [вид спорта]]. Готовность к разъездной работе и работе в вечернее время. 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