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Резюме тестировщика</w:t>
      </w:r>
    </w:p>
    <w:p>
      <w:pPr>
        <w:pStyle w:val="Heading2"/>
      </w:pPr>
      <w:r>
        <w:t>Желаемая должность и контакты</w:t>
      </w:r>
    </w:p>
    <w:p>
      <w:r>
        <w:t>Тестировщик ПО (QA Engineer)</w:t>
      </w:r>
    </w:p>
    <w:p>
      <w:pPr>
        <w:pStyle w:val="ListBullet"/>
      </w:pPr>
      <w:r>
        <w:t>[Фамилия Имя Отчество]</w:t>
      </w:r>
    </w:p>
    <w:p>
      <w:pPr>
        <w:pStyle w:val="ListBullet"/>
      </w:pPr>
      <w:r>
        <w:t>Телефон: [телефон]</w:t>
      </w:r>
    </w:p>
    <w:p>
      <w:pPr>
        <w:pStyle w:val="ListBullet"/>
      </w:pPr>
      <w:r>
        <w:t>Email: [email]</w:t>
      </w:r>
    </w:p>
    <w:p>
      <w:pPr>
        <w:pStyle w:val="ListBullet"/>
      </w:pPr>
      <w:r>
        <w:t>Город: [город]</w:t>
      </w:r>
    </w:p>
    <w:p>
      <w:pPr>
        <w:pStyle w:val="ListBullet"/>
      </w:pPr>
      <w:r>
        <w:t>Готовность к удаленной работе: да</w:t>
      </w:r>
    </w:p>
    <w:p>
      <w:pPr>
        <w:pStyle w:val="Heading2"/>
      </w:pPr>
      <w:r>
        <w:t>Кратко о себе</w:t>
      </w:r>
    </w:p>
    <w:p>
      <w:r>
        <w:t>Тестировщик с опытом ручного тестирования веб-приложений и API. Владею методами функционального, регрессионного и интеграционного тестирования. Умею составлять тест-кейсы и чек-листы, оформлять баг-репорты. Знаком с автоматизацией тестирования на Python с использованием Selenium. Ищу позицию в команде, где смогу применять навыки обеспечения качества и расти в автоматизации.</w:t>
      </w:r>
    </w:p>
    <w:p>
      <w:pPr>
        <w:pStyle w:val="Heading2"/>
      </w:pPr>
      <w:r>
        <w:t>Опыт работы</w:t>
      </w:r>
    </w:p>
    <w:p>
      <w:pPr>
        <w:pStyle w:val="Heading3"/>
      </w:pPr>
      <w:r>
        <w:t>ООО «[Название организации]»</w:t>
      </w:r>
    </w:p>
    <w:p>
      <w:r>
        <w:t>Тестировщик ПО, [дата] по [дата]</w:t>
      </w:r>
    </w:p>
    <w:p>
      <w:pPr>
        <w:pStyle w:val="ListBullet"/>
      </w:pPr>
      <w:r>
        <w:t>Тестирование веб-приложения в сфере электронной коммерции (более 50 экранов).</w:t>
      </w:r>
    </w:p>
    <w:p>
      <w:pPr>
        <w:pStyle w:val="ListBullet"/>
      </w:pPr>
      <w:r>
        <w:t>Проведение функционального и регрессионного тестирования перед каждым релизом.</w:t>
      </w:r>
    </w:p>
    <w:p>
      <w:pPr>
        <w:pStyle w:val="ListBullet"/>
      </w:pPr>
      <w:r>
        <w:t>Составление и поддержка тест-кейсов в TestRail (около 300 кейсов).</w:t>
      </w:r>
    </w:p>
    <w:p>
      <w:pPr>
        <w:pStyle w:val="ListBullet"/>
      </w:pPr>
      <w:r>
        <w:t>Оформление баг-репортов в Jira, контроль исправлений.</w:t>
      </w:r>
    </w:p>
    <w:p>
      <w:pPr>
        <w:pStyle w:val="ListBullet"/>
      </w:pPr>
      <w:r>
        <w:t>Результат: сокращение количества дефектов на продакшене на 30% за счет расширения регрессионного набора.</w:t>
      </w:r>
    </w:p>
    <w:p>
      <w:pPr>
        <w:pStyle w:val="Heading3"/>
      </w:pPr>
      <w:r>
        <w:t>АО «[Название организации]»</w:t>
      </w:r>
    </w:p>
    <w:p>
      <w:r>
        <w:t>Младший тестировщик, [дата] по [дата]</w:t>
      </w:r>
    </w:p>
    <w:p>
      <w:pPr>
        <w:pStyle w:val="ListBullet"/>
      </w:pPr>
      <w:r>
        <w:t>Тестирование API с помощью Postman (более 40 эндпоинтов).</w:t>
      </w:r>
    </w:p>
    <w:p>
      <w:pPr>
        <w:pStyle w:val="ListBullet"/>
      </w:pPr>
      <w:r>
        <w:t>Проверка мобильного приложения на Android и iOS.</w:t>
      </w:r>
    </w:p>
    <w:p>
      <w:pPr>
        <w:pStyle w:val="ListBullet"/>
      </w:pPr>
      <w:r>
        <w:t>Участие в грумингах и планировании спринтов.</w:t>
      </w:r>
    </w:p>
    <w:p>
      <w:pPr>
        <w:pStyle w:val="ListBullet"/>
      </w:pPr>
      <w:r>
        <w:t>Результат: автоматизация 20% регрессионных проверок на Python, что ускорило подготовку к релизу на 15%.</w:t>
      </w:r>
    </w:p>
    <w:p>
      <w:pPr>
        <w:pStyle w:val="Heading2"/>
      </w:pPr>
      <w:r>
        <w:t>Образование</w:t>
      </w:r>
    </w:p>
    <w:p>
      <w:r>
        <w:t>[Название учебного заведения], [специальность], [год окончания].</w:t>
      </w:r>
    </w:p>
    <w:p>
      <w:r>
        <w:t>Диплом о профессиональной переподготовке по программе «Тестирование ПО» выдан [Название учебного центра], [год].</w:t>
      </w:r>
    </w:p>
    <w:p>
      <w:pPr>
        <w:pStyle w:val="Heading2"/>
      </w:pPr>
      <w:r>
        <w:t>Профессиональные навыки</w:t>
      </w:r>
    </w:p>
    <w:p>
      <w:pPr>
        <w:pStyle w:val="ListBullet"/>
      </w:pPr>
      <w:r>
        <w:t>Ручное тестирование: функциональное, регрессионное, интеграционное, UI/UX.</w:t>
      </w:r>
    </w:p>
    <w:p>
      <w:pPr>
        <w:pStyle w:val="ListBullet"/>
      </w:pPr>
      <w:r>
        <w:t>Инструменты: Jira, TestRail, Postman, Selenium WebDriver, Git.</w:t>
      </w:r>
    </w:p>
    <w:p>
      <w:pPr>
        <w:pStyle w:val="ListBullet"/>
      </w:pPr>
      <w:r>
        <w:t>Языки: Python (базовый уровень для автотестов), SQL (написание запросов).</w:t>
      </w:r>
    </w:p>
    <w:p>
      <w:pPr>
        <w:pStyle w:val="ListBullet"/>
      </w:pPr>
      <w:r>
        <w:t>Методологии: Agile, Scrum, Kanban.</w:t>
      </w:r>
    </w:p>
    <w:p>
      <w:pPr>
        <w:pStyle w:val="ListBullet"/>
      </w:pPr>
      <w:r>
        <w:t>Составление тест-кейсов, чек-листов, баг-репортов.</w:t>
      </w:r>
    </w:p>
    <w:p>
      <w:pPr>
        <w:pStyle w:val="Heading2"/>
      </w:pPr>
      <w:r>
        <w:t>Личные качества</w:t>
      </w:r>
    </w:p>
    <w:p>
      <w:pPr>
        <w:pStyle w:val="ListBullet"/>
      </w:pPr>
      <w:r>
        <w:t>Внимательность к деталям.</w:t>
      </w:r>
    </w:p>
    <w:p>
      <w:pPr>
        <w:pStyle w:val="ListBullet"/>
      </w:pPr>
      <w:r>
        <w:t>Аналитическое мышление.</w:t>
      </w:r>
    </w:p>
    <w:p>
      <w:pPr>
        <w:pStyle w:val="ListBullet"/>
      </w:pPr>
      <w:r>
        <w:t>Умение работать в команде.</w:t>
      </w:r>
    </w:p>
    <w:p>
      <w:pPr>
        <w:pStyle w:val="ListBullet"/>
      </w:pPr>
      <w:r>
        <w:t>Настойчивость в доведении задач до результата.</w:t>
      </w:r>
    </w:p>
    <w:p>
      <w:pPr>
        <w:pStyle w:val="ListBullet"/>
      </w:pPr>
      <w:r>
        <w:t>Быстрое освоение новых инструментов.</w:t>
      </w:r>
    </w:p>
    <w:p>
      <w:pPr>
        <w:pStyle w:val="Heading2"/>
      </w:pPr>
      <w:r>
        <w:t>Дополнительная информация</w:t>
      </w:r>
    </w:p>
    <w:p>
      <w:pPr>
        <w:pStyle w:val="ListBullet"/>
      </w:pPr>
      <w:r>
        <w:t>Английский язык: Intermediate (чтение технической документации).</w:t>
      </w:r>
    </w:p>
    <w:p>
      <w:pPr>
        <w:pStyle w:val="ListBullet"/>
      </w:pPr>
      <w:r>
        <w:t>Готовность к командировкам: да.</w:t>
      </w:r>
    </w:p>
    <w:p>
      <w:pPr>
        <w:pStyle w:val="ListBullet"/>
      </w:pPr>
      <w:r>
        <w:t>Хобби: настольные игры, шахматы.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