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специалиста по охране труда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Специалист по охране труда</w:t>
        <w:br/>
        <w:t>Фамилия Имя Отчество: [Фамилия Имя Отчество]</w:t>
        <w:br/>
        <w:t>Телефон: [телефон]</w:t>
        <w:br/>
        <w:t>Email: [email]</w:t>
        <w:br/>
        <w:t>Город: [город]</w:t>
        <w:br/>
        <w:t>Гражданство: Российская Федерация</w:t>
        <w:br/>
        <w:t>Готовность к командировкам: да</w:t>
      </w:r>
    </w:p>
    <w:p>
      <w:pPr>
        <w:pStyle w:val="Heading2"/>
      </w:pPr>
      <w:r>
        <w:t>Кратко о себе</w:t>
      </w:r>
    </w:p>
    <w:p>
      <w:r>
        <w:t>Специалист по охране труда с опытом работы более 5 лет в производственной и строительной сферах. Владею методами оценки профессиональных рисков, организации обучения персонала и проведения инструктажей. Имею практический опыт подготовки предприятий к проверкам государственных инспекций и снижения уровня производственного травматизма. Цель: найти позицию специалиста по охране труда в стабильной компании для применения своих знаний и дальнейшего профессионального роста.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Специалист по охране труда</w:t>
        <w:br/>
        <w:t>Период работы: с [месяц год] по [месяц год]</w:t>
      </w:r>
    </w:p>
    <w:p>
      <w:pPr>
        <w:pStyle w:val="ListBullet"/>
      </w:pPr>
      <w:r>
        <w:t>Разработал и внедрил систему управления охраной труда (СУОТ) в соответствии с требованиями Трудового кодекса РФ.</w:t>
      </w:r>
    </w:p>
    <w:p>
      <w:pPr>
        <w:pStyle w:val="ListBullet"/>
      </w:pPr>
      <w:r>
        <w:t>Провёл специальную оценку условий труда (СОУТ) на 150 рабочих местах, обеспечил своевременное ознакомление работников с картами СОУТ.</w:t>
      </w:r>
    </w:p>
    <w:p>
      <w:pPr>
        <w:pStyle w:val="ListBullet"/>
      </w:pPr>
      <w:r>
        <w:t>Организовал обучение и проверку знаний по охране труда для 300 сотрудников, включая руководителей и специалистов.</w:t>
      </w:r>
    </w:p>
    <w:p>
      <w:pPr>
        <w:pStyle w:val="ListBullet"/>
      </w:pPr>
      <w:r>
        <w:t>Снизил количество несчастных случаев на производстве на 30% за счёт регулярных аудитов и корректировки инструкций по охране труда.</w:t>
      </w:r>
    </w:p>
    <w:p>
      <w:pPr>
        <w:pStyle w:val="ListBullet"/>
      </w:pPr>
      <w:r>
        <w:t>Подготовил предприятие к проверке Государственной инспекции труда, которая прошла без предписаний.</w:t>
      </w:r>
    </w:p>
    <w:p>
      <w:pPr>
        <w:pStyle w:val="Heading3"/>
      </w:pPr>
      <w:r>
        <w:t>[Название организации], [город]</w:t>
      </w:r>
    </w:p>
    <w:p>
      <w:r>
        <w:t>Должность: Инженер по охране труда</w:t>
        <w:br/>
        <w:t>Период работы: с [месяц год] по [месяц год]</w:t>
      </w:r>
    </w:p>
    <w:p>
      <w:pPr>
        <w:pStyle w:val="ListBullet"/>
      </w:pPr>
      <w:r>
        <w:t>Проводил вводный, первичный и повторный инструктажи по охране труда для новых сотрудников и подрядчиков.</w:t>
      </w:r>
    </w:p>
    <w:p>
      <w:pPr>
        <w:pStyle w:val="ListBullet"/>
      </w:pPr>
      <w:r>
        <w:t>Осуществлял контроль за соблюдением требований пожарной безопасности, организовал разработку планов эвакуации и обучение персонала.</w:t>
      </w:r>
    </w:p>
    <w:p>
      <w:pPr>
        <w:pStyle w:val="ListBullet"/>
      </w:pPr>
      <w:r>
        <w:t>Вёл документацию по охране труда: журналы инструктажей, акты расследования микротравм, предписания.</w:t>
      </w:r>
    </w:p>
    <w:p>
      <w:pPr>
        <w:pStyle w:val="ListBullet"/>
      </w:pPr>
      <w:r>
        <w:t>Участвовал в расследовании несчастных случаев в составе комиссии, оформлял материалы расследования.</w:t>
      </w:r>
    </w:p>
    <w:p>
      <w:pPr>
        <w:pStyle w:val="ListBullet"/>
      </w:pPr>
      <w:r>
        <w:t>Ежемесячно проводил дни охраны труда и аудиты рабочих мест, по результатам которых устранялось более 90% выявленных нарушений.</w:t>
      </w:r>
    </w:p>
    <w:p>
      <w:pPr>
        <w:pStyle w:val="Heading2"/>
      </w:pPr>
      <w:r>
        <w:t>Образование</w:t>
      </w:r>
    </w:p>
    <w:p>
      <w:r>
        <w:t>Высшее образование: [Название учебного заведения], [город], [год окончания]. Специальность: Техносферная безопасность. Квалификация: бакалавр.</w:t>
      </w:r>
    </w:p>
    <w:p>
      <w:r>
        <w:t>Диплом о профессиональной переподготовке: [Название учебного центра], [город], [год окончания]. Программа: Охрана труда и безопасность технологических процессов.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Разработка и актуализация нормативных документов по охране труда (инструкции, положения, приказы).</w:t>
      </w:r>
    </w:p>
    <w:p>
      <w:pPr>
        <w:pStyle w:val="ListBullet"/>
      </w:pPr>
      <w:r>
        <w:t>Организация и проведение специальной оценки условий труда (СОУТ).</w:t>
      </w:r>
    </w:p>
    <w:p>
      <w:pPr>
        <w:pStyle w:val="ListBullet"/>
      </w:pPr>
      <w:r>
        <w:t>Проведение всех видов инструктажей по охране труда и пожарной безопасности.</w:t>
      </w:r>
    </w:p>
    <w:p>
      <w:pPr>
        <w:pStyle w:val="ListBullet"/>
      </w:pPr>
      <w:r>
        <w:t>Оценка профессиональных рисков и разработка мероприятий по их снижению.</w:t>
      </w:r>
    </w:p>
    <w:p>
      <w:pPr>
        <w:pStyle w:val="ListBullet"/>
      </w:pPr>
      <w:r>
        <w:t>Знание требований Трудового кодекса РФ в части охраны труда, а также нормативных правовых актов по пожарной и промышленной безопасности.</w:t>
      </w:r>
    </w:p>
    <w:p>
      <w:pPr>
        <w:pStyle w:val="ListBullet"/>
      </w:pPr>
      <w:r>
        <w:t>Ведение отчётности и документооборота по охране труда, работа в системах электронного документооборота.</w:t>
      </w:r>
    </w:p>
    <w:p>
      <w:pPr>
        <w:pStyle w:val="ListBullet"/>
      </w:pPr>
      <w:r>
        <w:t>Уверенное владение MS Office (Word, Excel, PowerPoint), 1С:Предприятие.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 и ответственность.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Умение работать в команде и настойчивость в достижении целей.</w:t>
      </w:r>
    </w:p>
    <w:p>
      <w:pPr>
        <w:pStyle w:val="ListBullet"/>
      </w:pPr>
      <w:r>
        <w:t>Стрессоустойчивость при работе с претензиями и проверками.</w:t>
      </w:r>
    </w:p>
    <w:p>
      <w:pPr>
        <w:pStyle w:val="ListBullet"/>
      </w:pPr>
      <w:r>
        <w:t>Инициативность в предотвращении нарушений.</w:t>
      </w:r>
    </w:p>
    <w:p>
      <w:pPr>
        <w:pStyle w:val="Heading2"/>
      </w:pPr>
      <w:r>
        <w:t>Дополнительная информация</w:t>
      </w:r>
    </w:p>
    <w:p>
      <w:r>
        <w:t>Действующие удостоверения: по охране труда (все категории), пожарной безопасности, первой помощи. Готовность к обучению и повышению квалификации. Водительское удостоверение категории B. Рекомендации предоставляю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