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сметчика</w:t>
      </w:r>
    </w:p>
    <w:p>
      <w:pPr>
        <w:pStyle w:val="Heading2"/>
      </w:pPr>
      <w:r>
        <w:t>Желаемая должность и контакты</w:t>
      </w:r>
    </w:p>
    <w:p>
      <w:r>
        <w:t>Сметчик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Heading2"/>
      </w:pPr>
      <w:r>
        <w:t>Кратко о себе</w:t>
      </w:r>
    </w:p>
    <w:p>
      <w:r>
        <w:t>Сметчик с опытом работы более 5 лет в строительстве и проектировании. Владею составлением смет на всех этапах: от концепции до сдачи объекта. Знаю нормативную базу, работаю с государственными и коммерческими контрактами. Ищу позицию с возможностью профессионального роста и участия в крупных проектах.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Сметчик</w:t>
      </w:r>
    </w:p>
    <w:p>
      <w:r>
        <w:t>Период: [дата] [дата]</w:t>
      </w:r>
    </w:p>
    <w:p>
      <w:pPr>
        <w:pStyle w:val="ListBullet"/>
      </w:pPr>
      <w:r>
        <w:t>Составление смет на строительно-монтажные работы по проектной документации.</w:t>
      </w:r>
    </w:p>
    <w:p>
      <w:pPr>
        <w:pStyle w:val="ListBullet"/>
      </w:pPr>
      <w:r>
        <w:t>Проверка и корректировка смет, подготовленных подрядчиками.</w:t>
      </w:r>
    </w:p>
    <w:p>
      <w:pPr>
        <w:pStyle w:val="ListBullet"/>
      </w:pPr>
      <w:r>
        <w:t>Формирование актов выполненных работ (КС-2, КС-3).</w:t>
      </w:r>
    </w:p>
    <w:p>
      <w:pPr>
        <w:pStyle w:val="ListBullet"/>
      </w:pPr>
      <w:r>
        <w:t>Участие в тендерах: подготовка сметной документации для конкурсных заявок.</w:t>
      </w:r>
    </w:p>
    <w:p>
      <w:pPr>
        <w:pStyle w:val="ListBullet"/>
      </w:pPr>
      <w:r>
        <w:t>Результат: оптимизировал сметы на 10% без потери качества, что позволило сэкономить [сумма] на одном из объектов.</w:t>
      </w:r>
    </w:p>
    <w:p>
      <w:pPr>
        <w:pStyle w:val="Heading3"/>
      </w:pPr>
      <w:r>
        <w:t>[Название организации], [город]</w:t>
      </w:r>
    </w:p>
    <w:p>
      <w:r>
        <w:t>Должность: Помощник сметчика</w:t>
      </w:r>
    </w:p>
    <w:p>
      <w:r>
        <w:t>Период: [дата] [дата]</w:t>
      </w:r>
    </w:p>
    <w:p>
      <w:pPr>
        <w:pStyle w:val="ListBullet"/>
      </w:pPr>
      <w:r>
        <w:t>Подготовка исходных данных для смет: сбор объемов работ, анализ расценок.</w:t>
      </w:r>
    </w:p>
    <w:p>
      <w:pPr>
        <w:pStyle w:val="ListBullet"/>
      </w:pPr>
      <w:r>
        <w:t>Работа с нормативной литературой (ФЕР, ТЕР, ГЭСН).</w:t>
      </w:r>
    </w:p>
    <w:p>
      <w:pPr>
        <w:pStyle w:val="ListBullet"/>
      </w:pPr>
      <w:r>
        <w:t>Ввод смет в программу Гранд-Смета под руководством ведущего сметчика.</w:t>
      </w:r>
    </w:p>
    <w:p>
      <w:pPr>
        <w:pStyle w:val="ListBullet"/>
      </w:pPr>
      <w:r>
        <w:t>Результат: сократил время на подготовку смет за счет автоматизации расчетов.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</w:t>
      </w:r>
    </w:p>
    <w:p>
      <w:r>
        <w:t>Специальность: Строительство и эксплуатация зданий и сооружений, квалификация: инженер-строитель, [год окончания]</w:t>
      </w:r>
    </w:p>
    <w:p>
      <w:r>
        <w:t>Дополнительное образование:</w:t>
      </w:r>
    </w:p>
    <w:p>
      <w:r>
        <w:t>Удостоверение о повышении квалификации по программе «Сметное дело в строительстве», [Название учебного центра], [год]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Составление смет ресурсным и базисно-индексным методом.</w:t>
      </w:r>
    </w:p>
    <w:p>
      <w:pPr>
        <w:pStyle w:val="ListBullet"/>
      </w:pPr>
      <w:r>
        <w:t>Владение программами: Гранд-Смета, Smeta.ru, AutoCAD (базовый уровень), MS Excel.</w:t>
      </w:r>
    </w:p>
    <w:p>
      <w:pPr>
        <w:pStyle w:val="ListBullet"/>
      </w:pPr>
      <w:r>
        <w:t>Знание нормативных документов: ФЕР, ТЕР, ГЭСН, МДС.</w:t>
      </w:r>
    </w:p>
    <w:p>
      <w:pPr>
        <w:pStyle w:val="ListBullet"/>
      </w:pPr>
      <w:r>
        <w:t>Опыт работы с государственными контрактами (44-ФЗ, 223-ФЗ).</w:t>
      </w:r>
    </w:p>
    <w:p>
      <w:pPr>
        <w:pStyle w:val="ListBullet"/>
      </w:pPr>
      <w:r>
        <w:t>Подготовка исполнительной документации: КС-2, КС-3, КС-6а.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 и точность в расчетах.</w:t>
      </w:r>
    </w:p>
    <w:p>
      <w:pPr>
        <w:pStyle w:val="ListBullet"/>
      </w:pPr>
      <w:r>
        <w:t>Усидчивость и способность работать с большими объемами информации.</w:t>
      </w:r>
    </w:p>
    <w:p>
      <w:pPr>
        <w:pStyle w:val="ListBullet"/>
      </w:pPr>
      <w:r>
        <w:t>Умение аргументировать свою позицию при согласовании смет.</w:t>
      </w:r>
    </w:p>
    <w:p>
      <w:pPr>
        <w:pStyle w:val="ListBullet"/>
      </w:pPr>
      <w:r>
        <w:t>Ответственность и соблюдение сроков.</w:t>
      </w:r>
    </w:p>
    <w:p>
      <w:pPr>
        <w:pStyle w:val="Heading2"/>
      </w:pPr>
      <w:r>
        <w:t>Дополнительная информация</w:t>
      </w:r>
    </w:p>
    <w:p>
      <w:r>
        <w:t>Готовность к командировкам. Рекомендации предоставляю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