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Резюме системного администратора</w:t>
      </w:r>
    </w:p>
    <w:p>
      <w:pPr>
        <w:pStyle w:val="Heading2"/>
      </w:pPr>
      <w:r>
        <w:t>Желаемая должность и контакты</w:t>
      </w:r>
    </w:p>
    <w:p>
      <w:r>
        <w:t>Желаемая должность: системный администратор.</w:t>
      </w:r>
    </w:p>
    <w:p>
      <w:pPr>
        <w:pStyle w:val="ListBullet"/>
      </w:pPr>
      <w:r>
        <w:t>ФИО: [Фамилия Имя Отчество]</w:t>
      </w:r>
    </w:p>
    <w:p>
      <w:pPr>
        <w:pStyle w:val="ListBullet"/>
      </w:pPr>
      <w:r>
        <w:t>Телефон: [телефон]</w:t>
      </w:r>
    </w:p>
    <w:p>
      <w:pPr>
        <w:pStyle w:val="ListBullet"/>
      </w:pPr>
      <w:r>
        <w:t>Email: [email]</w:t>
      </w:r>
    </w:p>
    <w:p>
      <w:pPr>
        <w:pStyle w:val="ListBullet"/>
      </w:pPr>
      <w:r>
        <w:t>Город: [город]</w:t>
      </w:r>
    </w:p>
    <w:p>
      <w:pPr>
        <w:pStyle w:val="ListBullet"/>
      </w:pPr>
      <w:r>
        <w:t>Готовность к переезду: [да/нет]</w:t>
      </w:r>
    </w:p>
    <w:p>
      <w:pPr>
        <w:pStyle w:val="Heading2"/>
      </w:pPr>
      <w:r>
        <w:t>Кратко о себе</w:t>
      </w:r>
    </w:p>
    <w:p>
      <w:r>
        <w:t>Системный администратор с опытом работы [количество] лет. Специализируюсь на поддержке и развитии ИТ-инфраструктуры, обеспечении бесперебойной работы серверов и сетевого оборудования. Имею опыт администрирования Windows и Linux, настройки виртуальных сред и резервного копирования. Стремлюсь к оптимизации процессов и повышению надёжности систем.</w:t>
      </w:r>
    </w:p>
    <w:p>
      <w:pPr>
        <w:pStyle w:val="Heading2"/>
      </w:pPr>
      <w:r>
        <w:t>Опыт работы</w:t>
      </w:r>
    </w:p>
    <w:p>
      <w:pPr>
        <w:pStyle w:val="Heading3"/>
      </w:pPr>
      <w:r>
        <w:t>[Название организации], [город]</w:t>
      </w:r>
    </w:p>
    <w:p>
      <w:r>
        <w:t>Должность: системный администратор</w:t>
      </w:r>
    </w:p>
    <w:p>
      <w:r>
        <w:t>Период работы: [дата] [дата]</w:t>
      </w:r>
    </w:p>
    <w:p>
      <w:r>
        <w:t>Обязанности:</w:t>
      </w:r>
    </w:p>
    <w:p>
      <w:pPr>
        <w:pStyle w:val="ListBullet"/>
      </w:pPr>
      <w:r>
        <w:t>Администрирование серверов Windows Server и Linux (Ubuntu, CentOS).</w:t>
      </w:r>
    </w:p>
    <w:p>
      <w:pPr>
        <w:pStyle w:val="ListBullet"/>
      </w:pPr>
      <w:r>
        <w:t>Настройка и поддержка локальной сети, маршрутизаторов и коммутаторов.</w:t>
      </w:r>
    </w:p>
    <w:p>
      <w:pPr>
        <w:pStyle w:val="ListBullet"/>
      </w:pPr>
      <w:r>
        <w:t>Управление виртуальной инфраструктурой на базе VMware ESXi.</w:t>
      </w:r>
    </w:p>
    <w:p>
      <w:pPr>
        <w:pStyle w:val="ListBullet"/>
      </w:pPr>
      <w:r>
        <w:t>Организация резервного копирования и восстановления данных.</w:t>
      </w:r>
    </w:p>
    <w:p>
      <w:pPr>
        <w:pStyle w:val="ListBullet"/>
      </w:pPr>
      <w:r>
        <w:t>Обеспечение информационной безопасности, настройка антивирусной защиты и межсетевого экрана.</w:t>
      </w:r>
    </w:p>
    <w:p>
      <w:r>
        <w:t>Результаты:</w:t>
      </w:r>
    </w:p>
    <w:p>
      <w:pPr>
        <w:pStyle w:val="ListBullet"/>
      </w:pPr>
      <w:r>
        <w:t>Снизил время простоя серверов на [процент]% за счёт внедрения системы мониторинга Zabbix.</w:t>
      </w:r>
    </w:p>
    <w:p>
      <w:pPr>
        <w:pStyle w:val="ListBullet"/>
      </w:pPr>
      <w:r>
        <w:t>Автоматизировал процесс резервного копирования, сократив трудозатраты на [количество] часов в месяц.</w:t>
      </w:r>
    </w:p>
    <w:p>
      <w:pPr>
        <w:pStyle w:val="Heading3"/>
      </w:pPr>
      <w:r>
        <w:t>[Название организации], [город]</w:t>
      </w:r>
    </w:p>
    <w:p>
      <w:r>
        <w:t>Должность: помощник системного администратора</w:t>
      </w:r>
    </w:p>
    <w:p>
      <w:r>
        <w:t>Период работы: [дата] [дата]</w:t>
      </w:r>
    </w:p>
    <w:p>
      <w:r>
        <w:t>Обязанности:</w:t>
      </w:r>
    </w:p>
    <w:p>
      <w:pPr>
        <w:pStyle w:val="ListBullet"/>
      </w:pPr>
      <w:r>
        <w:t>Поддержка пользователей по вопросам работы операционной системы и офисных приложений.</w:t>
      </w:r>
    </w:p>
    <w:p>
      <w:pPr>
        <w:pStyle w:val="ListBullet"/>
      </w:pPr>
      <w:r>
        <w:t>Установка и настройка программного обеспечения.</w:t>
      </w:r>
    </w:p>
    <w:p>
      <w:pPr>
        <w:pStyle w:val="ListBullet"/>
      </w:pPr>
      <w:r>
        <w:t>Диагностика и устранение неисправностей компьютерной техники.</w:t>
      </w:r>
    </w:p>
    <w:p>
      <w:pPr>
        <w:pStyle w:val="ListBullet"/>
      </w:pPr>
      <w:r>
        <w:t>Ведение учёта ИТ-оборудования.</w:t>
      </w:r>
    </w:p>
    <w:p>
      <w:r>
        <w:t>Результаты:</w:t>
      </w:r>
    </w:p>
    <w:p>
      <w:pPr>
        <w:pStyle w:val="ListBullet"/>
      </w:pPr>
      <w:r>
        <w:t>Сократил среднее время решения заявок пользователей на [процент]% благодаря созданию базы знаний.</w:t>
      </w:r>
    </w:p>
    <w:p>
      <w:pPr>
        <w:pStyle w:val="Heading2"/>
      </w:pPr>
      <w:r>
        <w:t>Образование</w:t>
      </w:r>
    </w:p>
    <w:p>
      <w:r>
        <w:t>[Название учебного заведения], [город], специальность «[специальность]», квалификация «[квалификация]», [год окончания].</w:t>
      </w:r>
    </w:p>
    <w:p>
      <w:r>
        <w:t>Диплом о профессиональной переподготовке по программе «[название программы]», выдан [Название учебного центра], [год выдачи].</w:t>
      </w:r>
    </w:p>
    <w:p>
      <w:pPr>
        <w:pStyle w:val="Heading2"/>
      </w:pPr>
      <w:r>
        <w:t>Профессиональные навыки</w:t>
      </w:r>
    </w:p>
    <w:p>
      <w:pPr>
        <w:pStyle w:val="ListBullet"/>
      </w:pPr>
      <w:r>
        <w:t>Операционные системы: Windows Server, Linux (Ubuntu, CentOS).</w:t>
      </w:r>
    </w:p>
    <w:p>
      <w:pPr>
        <w:pStyle w:val="ListBullet"/>
      </w:pPr>
      <w:r>
        <w:t>Виртуализация: VMware ESXi, Hyper-V.</w:t>
      </w:r>
    </w:p>
    <w:p>
      <w:pPr>
        <w:pStyle w:val="ListBullet"/>
      </w:pPr>
      <w:r>
        <w:t>Сети: TCP/IP, настройка маршрутизаторов и коммутаторов, VLAN, VPN.</w:t>
      </w:r>
    </w:p>
    <w:p>
      <w:pPr>
        <w:pStyle w:val="ListBullet"/>
      </w:pPr>
      <w:r>
        <w:t>Сервисы: Active Directory, DNS, DHCP, файловые серверы.</w:t>
      </w:r>
    </w:p>
    <w:p>
      <w:pPr>
        <w:pStyle w:val="ListBullet"/>
      </w:pPr>
      <w:r>
        <w:t>Резервное копирование: Veeam Backup, встроенные средства Windows.</w:t>
      </w:r>
    </w:p>
    <w:p>
      <w:pPr>
        <w:pStyle w:val="ListBullet"/>
      </w:pPr>
      <w:r>
        <w:t>Мониторинг: Zabbix, PRTG.</w:t>
      </w:r>
    </w:p>
    <w:p>
      <w:pPr>
        <w:pStyle w:val="ListBullet"/>
      </w:pPr>
      <w:r>
        <w:t>Информационная безопасность: настройка межсетевых экранов, антивирусная защита.</w:t>
      </w:r>
    </w:p>
    <w:p>
      <w:pPr>
        <w:pStyle w:val="Heading2"/>
      </w:pPr>
      <w:r>
        <w:t>Личные качества</w:t>
      </w:r>
    </w:p>
    <w:p>
      <w:pPr>
        <w:pStyle w:val="ListBullet"/>
      </w:pPr>
      <w:r>
        <w:t>Ответственность и внимательность к деталям.</w:t>
      </w:r>
    </w:p>
    <w:p>
      <w:pPr>
        <w:pStyle w:val="ListBullet"/>
      </w:pPr>
      <w:r>
        <w:t>Умение работать в команде и самостоятельно.</w:t>
      </w:r>
    </w:p>
    <w:p>
      <w:pPr>
        <w:pStyle w:val="ListBullet"/>
      </w:pPr>
      <w:r>
        <w:t>Стрессоустойчивость при решении срочных задач.</w:t>
      </w:r>
    </w:p>
    <w:p>
      <w:pPr>
        <w:pStyle w:val="ListBullet"/>
      </w:pPr>
      <w:r>
        <w:t>Быстрая обучаемость новым технологиям.</w:t>
      </w:r>
    </w:p>
    <w:p>
      <w:pPr>
        <w:pStyle w:val="ListBullet"/>
      </w:pPr>
      <w:r>
        <w:t>Аналитическое мышление.</w:t>
      </w:r>
    </w:p>
    <w:p>
      <w:pPr>
        <w:pStyle w:val="Heading2"/>
      </w:pPr>
      <w:r>
        <w:t>Дополнительная информация</w:t>
      </w:r>
    </w:p>
    <w:p>
      <w:r>
        <w:t>Готовность к командировкам: [да/нет]. Наличие водительских прав категории [категория]. Знание английского языка: [уровень].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