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швеи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швея-мотористка</w:t>
      </w:r>
    </w:p>
    <w:p>
      <w:r>
        <w:t>Фамилия Имя Отчество: [Фамилия Имя Отчество]</w:t>
      </w:r>
    </w:p>
    <w:p>
      <w:r>
        <w:t>Телефон: [телефон]</w:t>
      </w:r>
    </w:p>
    <w:p>
      <w:r>
        <w:t>Электронная почта: [email]</w:t>
      </w:r>
    </w:p>
    <w:p>
      <w:r>
        <w:t>Город: [город]</w:t>
      </w:r>
    </w:p>
    <w:p>
      <w:pPr>
        <w:pStyle w:val="Heading2"/>
      </w:pPr>
      <w:r>
        <w:t>Кратко о себе</w:t>
      </w:r>
    </w:p>
    <w:p>
      <w:r>
        <w:t>Швея с опытом работы на промышленном оборудовании. Владею технологией пошива различных изделий, умею работать с разными материалами. Ответственно подхожу к выполнению норм выработки и контролю качества. Готова к обучению и работе в коллективе.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швея-мотористка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Выполнение машинных операций при пошиве женской одежды.</w:t>
      </w:r>
    </w:p>
    <w:p>
      <w:pPr>
        <w:pStyle w:val="ListBullet"/>
      </w:pPr>
      <w:r>
        <w:t>Обработка швов, подшивка низа изделия, втачивание молний.</w:t>
      </w:r>
    </w:p>
    <w:p>
      <w:pPr>
        <w:pStyle w:val="ListBullet"/>
      </w:pPr>
      <w:r>
        <w:t>Контроль качества выполненных операций.</w:t>
      </w:r>
    </w:p>
    <w:p>
      <w:pPr>
        <w:pStyle w:val="ListBullet"/>
      </w:pPr>
      <w:r>
        <w:t>Соблюдение норм времени и выработки.</w:t>
      </w:r>
    </w:p>
    <w:p>
      <w:r>
        <w:t>Результаты:</w:t>
      </w:r>
    </w:p>
    <w:p>
      <w:pPr>
        <w:pStyle w:val="ListBullet"/>
      </w:pPr>
      <w:r>
        <w:t>Стабильное выполнение нормы выработки на 105–110%.</w:t>
      </w:r>
    </w:p>
    <w:p>
      <w:pPr>
        <w:pStyle w:val="ListBullet"/>
      </w:pPr>
      <w:r>
        <w:t>Снижение количества возвратов из-за дефектов на 10%.</w:t>
      </w:r>
    </w:p>
    <w:p>
      <w:pPr>
        <w:pStyle w:val="Heading3"/>
      </w:pPr>
      <w:r>
        <w:t>[Название организации], [город]</w:t>
      </w:r>
    </w:p>
    <w:p>
      <w:r>
        <w:t>Должность: швея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Пошив постельного белья и домашней одежды.</w:t>
      </w:r>
    </w:p>
    <w:p>
      <w:pPr>
        <w:pStyle w:val="ListBullet"/>
      </w:pPr>
      <w:r>
        <w:t>Работа на универсальных и специальных машинах.</w:t>
      </w:r>
    </w:p>
    <w:p>
      <w:pPr>
        <w:pStyle w:val="ListBullet"/>
      </w:pPr>
      <w:r>
        <w:t>Устранение мелких неполадок в работе оборудования.</w:t>
      </w:r>
    </w:p>
    <w:p>
      <w:pPr>
        <w:pStyle w:val="ListBullet"/>
      </w:pPr>
      <w:r>
        <w:t>Подготовка деталей кроя к пошиву.</w:t>
      </w:r>
    </w:p>
    <w:p>
      <w:r>
        <w:t>Результаты:</w:t>
      </w:r>
    </w:p>
    <w:p>
      <w:pPr>
        <w:pStyle w:val="ListBullet"/>
      </w:pPr>
      <w:r>
        <w:t>Освоение новых видов швейных операций в короткие сроки.</w:t>
      </w:r>
    </w:p>
    <w:p>
      <w:pPr>
        <w:pStyle w:val="ListBullet"/>
      </w:pPr>
      <w:r>
        <w:t>Положительные отзывы руководителя за качество работы.</w:t>
      </w:r>
    </w:p>
    <w:p>
      <w:pPr>
        <w:pStyle w:val="Heading2"/>
      </w:pPr>
      <w:r>
        <w:t>Образование</w:t>
      </w:r>
    </w:p>
    <w:p>
      <w:r>
        <w:t>Учебное заведение: [Название учебного центра]</w:t>
      </w:r>
    </w:p>
    <w:p>
      <w:r>
        <w:t>Год окончания: [год]</w:t>
      </w:r>
    </w:p>
    <w:p>
      <w:r>
        <w:t>Документ: свидетельство о профессии рабочего, должности служащего по профессии «Швея».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всеми видами машинных швов.</w:t>
      </w:r>
    </w:p>
    <w:p>
      <w:pPr>
        <w:pStyle w:val="ListBullet"/>
      </w:pPr>
      <w:r>
        <w:t>Работа на машинах челночного стежка, оверлоке, распошивальной машине.</w:t>
      </w:r>
    </w:p>
    <w:p>
      <w:pPr>
        <w:pStyle w:val="ListBullet"/>
      </w:pPr>
      <w:r>
        <w:t>Умение выполнять операции по обработке горловины, проймы, низа изделия.</w:t>
      </w:r>
    </w:p>
    <w:p>
      <w:pPr>
        <w:pStyle w:val="ListBullet"/>
      </w:pPr>
      <w:r>
        <w:t>Знание свойств тканей и правил ухода за оборудованием.</w:t>
      </w:r>
    </w:p>
    <w:p>
      <w:pPr>
        <w:pStyle w:val="ListBullet"/>
      </w:pPr>
      <w:r>
        <w:t>Навыки контроля качества швейных изделий.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Усидчивость и внимательность.</w:t>
      </w:r>
    </w:p>
    <w:p>
      <w:pPr>
        <w:pStyle w:val="ListBullet"/>
      </w:pPr>
      <w:r>
        <w:t>Ответственность и дисциплинированность.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Быстрая обучаемость новым операциям.</w:t>
      </w:r>
    </w:p>
    <w:p>
      <w:pPr>
        <w:pStyle w:val="ListBullet"/>
      </w:pPr>
      <w:r>
        <w:t>Стрессоустойчивость при работе с большими объемами.</w:t>
      </w:r>
    </w:p>
    <w:p>
      <w:pPr>
        <w:pStyle w:val="Heading2"/>
      </w:pPr>
      <w:r>
        <w:t>Дополнительная информация</w:t>
      </w:r>
    </w:p>
    <w:p>
      <w:r>
        <w:t>Готова к переобучению и повышению квалификации. Имею медицинскую книжку. Вредных привычек нет.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