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программиста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Backend-разработчик (Python).</w:t>
      </w:r>
    </w:p>
    <w:p>
      <w:pPr>
        <w:pStyle w:val="ListBullet"/>
      </w:pPr>
      <w:r>
        <w:t>ФИО: [Фамилия Имя Отчество]</w:t>
      </w:r>
    </w:p>
    <w:p>
      <w:pPr>
        <w:pStyle w:val="ListBullet"/>
      </w:pPr>
      <w:r>
        <w:t>Телефон: [телефон]</w:t>
      </w:r>
    </w:p>
    <w:p>
      <w:pPr>
        <w:pStyle w:val="ListBullet"/>
      </w:pPr>
      <w:r>
        <w:t>Email: [email]</w:t>
      </w:r>
    </w:p>
    <w:p>
      <w:pPr>
        <w:pStyle w:val="ListBullet"/>
      </w:pPr>
      <w:r>
        <w:t>Город: [город]</w:t>
      </w:r>
    </w:p>
    <w:p>
      <w:pPr>
        <w:pStyle w:val="ListBullet"/>
      </w:pPr>
      <w:r>
        <w:t>Гражданство: РФ</w:t>
      </w:r>
    </w:p>
    <w:p>
      <w:pPr>
        <w:pStyle w:val="ListBullet"/>
      </w:pPr>
      <w:r>
        <w:t>Готовность к переезду: да (при необходимости)</w:t>
      </w:r>
    </w:p>
    <w:p>
      <w:pPr>
        <w:pStyle w:val="Heading2"/>
      </w:pPr>
      <w:r>
        <w:t>Кратко о себе</w:t>
      </w:r>
    </w:p>
    <w:p>
      <w:r>
        <w:t>Backend-разработчик с опытом проектирования и поддержки высоконагруженных сервисов на Python. Специализируюсь на создании REST API, работе с базами данных и оптимизации производительности. Имею опыт построения микросервисной архитектуры и автоматизации тестирования. Ищу команду, где смогу применять навыки для решения сложных технических задач.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Python-разработчик. Период: [дата] [дата].</w:t>
      </w:r>
    </w:p>
    <w:p>
      <w:pPr>
        <w:pStyle w:val="ListBullet"/>
      </w:pPr>
      <w:r>
        <w:t>Разрабатывал и поддерживал REST API для мобильного приложения и веб-интерфейса на Django Rest Framework.</w:t>
      </w:r>
    </w:p>
    <w:p>
      <w:pPr>
        <w:pStyle w:val="ListBullet"/>
      </w:pPr>
      <w:r>
        <w:t>Оптимизировал SQL-запросы и индексы, что сократило время ответа API в среднем на 30%.</w:t>
      </w:r>
    </w:p>
    <w:p>
      <w:pPr>
        <w:pStyle w:val="ListBullet"/>
      </w:pPr>
      <w:r>
        <w:t>Внедрил систему кеширования на Redis, снизив нагрузку на основную БД.</w:t>
      </w:r>
    </w:p>
    <w:p>
      <w:pPr>
        <w:pStyle w:val="ListBullet"/>
      </w:pPr>
      <w:r>
        <w:t>Участвовал в код-ревью и наставничестве двух младших разработчиков.</w:t>
      </w:r>
    </w:p>
    <w:p>
      <w:pPr>
        <w:pStyle w:val="Heading3"/>
      </w:pPr>
      <w:r>
        <w:t>[Название организации], [город]</w:t>
      </w:r>
    </w:p>
    <w:p>
      <w:r>
        <w:t>Должность: Младший Python-разработчик. Период: [дата] [дата].</w:t>
      </w:r>
    </w:p>
    <w:p>
      <w:pPr>
        <w:pStyle w:val="ListBullet"/>
      </w:pPr>
      <w:r>
        <w:t>Разрабатывал внутренние сервисы для автоматизации отчётности на Flask.</w:t>
      </w:r>
    </w:p>
    <w:p>
      <w:pPr>
        <w:pStyle w:val="ListBullet"/>
      </w:pPr>
      <w:r>
        <w:t>Покрывал код юнит-тестами, повысив покрытие с 40% до 75%.</w:t>
      </w:r>
    </w:p>
    <w:p>
      <w:pPr>
        <w:pStyle w:val="ListBullet"/>
      </w:pPr>
      <w:r>
        <w:t>Настраивал CI/CD пайплайны на GitLab CI для автоматической сборки и деплоя.</w:t>
      </w:r>
    </w:p>
    <w:p>
      <w:pPr>
        <w:pStyle w:val="ListBullet"/>
      </w:pPr>
      <w:r>
        <w:t>Исправлял ошибки в существующем коде и документировал изменения.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[город]. Специальность: «Прикладная информатика». Квалификация: бакалавр. Год окончания: [дата].</w:t>
      </w:r>
    </w:p>
    <w:p>
      <w:r>
        <w:t>Диплом о профессиональной переподготовке по программе «Разработка веб-приложений на Python», выдан [Название учебного центра], [дата].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Языки: Python, SQL, JavaScript (базовый).</w:t>
      </w:r>
    </w:p>
    <w:p>
      <w:pPr>
        <w:pStyle w:val="ListBullet"/>
      </w:pPr>
      <w:r>
        <w:t>Фреймворки: Django, Django Rest Framework, Flask, FastAPI.</w:t>
      </w:r>
    </w:p>
    <w:p>
      <w:pPr>
        <w:pStyle w:val="ListBullet"/>
      </w:pPr>
      <w:r>
        <w:t>Базы данных: PostgreSQL, Redis, MongoDB.</w:t>
      </w:r>
    </w:p>
    <w:p>
      <w:pPr>
        <w:pStyle w:val="ListBullet"/>
      </w:pPr>
      <w:r>
        <w:t>Инструменты: Git, Docker, Docker Compose, GitLab CI, Nginx.</w:t>
      </w:r>
    </w:p>
    <w:p>
      <w:pPr>
        <w:pStyle w:val="ListBullet"/>
      </w:pPr>
      <w:r>
        <w:t>Методологии: Agile (Scrum), написание unit-тестов (pytest).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Умение работать в команде и аргументировать технические решения.</w:t>
      </w:r>
    </w:p>
    <w:p>
      <w:pPr>
        <w:pStyle w:val="ListBullet"/>
      </w:pPr>
      <w:r>
        <w:t>Внимательность к деталям и качеству кода.</w:t>
      </w:r>
    </w:p>
    <w:p>
      <w:pPr>
        <w:pStyle w:val="ListBullet"/>
      </w:pPr>
      <w:r>
        <w:t>Стремление к изучению новых технологий и самостоятельному обучению.</w:t>
      </w:r>
    </w:p>
    <w:p>
      <w:pPr>
        <w:pStyle w:val="ListBullet"/>
      </w:pPr>
      <w:r>
        <w:t>Ответственность и соблюдение сроков.</w:t>
      </w:r>
    </w:p>
    <w:p>
      <w:pPr>
        <w:pStyle w:val="Heading2"/>
      </w:pPr>
      <w:r>
        <w:t>Дополнительная информация</w:t>
      </w:r>
    </w:p>
    <w:p>
      <w:r>
        <w:t>Портфолио и примеры кода: [ссылка на GitHub]. Английский язык: уровень B2 (чтение технической документации, переписка). Готовность к удалённой работе и гибкому графику.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