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повара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повар горячего цеха.</w:t>
      </w:r>
    </w:p>
    <w:p>
      <w:pPr>
        <w:pStyle w:val="ListBullet"/>
      </w:pPr>
      <w:r>
        <w:t>Фамилия, имя, отчество: 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Электронная почта: [email]</w:t>
      </w:r>
    </w:p>
    <w:p>
      <w:pPr>
        <w:pStyle w:val="ListBullet"/>
      </w:pPr>
      <w:r>
        <w:t>Город: [город]</w:t>
      </w:r>
    </w:p>
    <w:p>
      <w:pPr>
        <w:pStyle w:val="ListBullet"/>
      </w:pPr>
      <w:r>
        <w:t>Гражданство: [гражданство]</w:t>
      </w:r>
    </w:p>
    <w:p>
      <w:pPr>
        <w:pStyle w:val="ListBullet"/>
      </w:pPr>
      <w:r>
        <w:t>Готовность к переезду: [да/нет]</w:t>
      </w:r>
    </w:p>
    <w:p>
      <w:pPr>
        <w:pStyle w:val="Heading2"/>
      </w:pPr>
      <w:r>
        <w:t>Кратко о себе</w:t>
      </w:r>
    </w:p>
    <w:p>
      <w:r>
        <w:t>Повар с [число] годами практики в горячем цехе. Владею технологиями приготовления супов, соусов, горячих блюд из мяса, рыбы и овощей. Ответственно соблюдаю санитарные нормы и технику безопасности на кухне. Быстро адаптируюсь к новому меню и оборудованию, работаю в команде.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повар горячего цеха. Период: [дата] [дата].</w:t>
      </w:r>
    </w:p>
    <w:p>
      <w:pPr>
        <w:pStyle w:val="ListBullet"/>
      </w:pPr>
      <w:r>
        <w:t>Приготовление горячих блюд и супов по технологическим картам.</w:t>
      </w:r>
    </w:p>
    <w:p>
      <w:pPr>
        <w:pStyle w:val="ListBullet"/>
      </w:pPr>
      <w:r>
        <w:t>Подготовка полуфабрикатов и контроль качества продуктов.</w:t>
      </w:r>
    </w:p>
    <w:p>
      <w:pPr>
        <w:pStyle w:val="ListBullet"/>
      </w:pPr>
      <w:r>
        <w:t>Соблюдение санитарных требований и сроков хранения.</w:t>
      </w:r>
    </w:p>
    <w:p>
      <w:pPr>
        <w:pStyle w:val="ListBullet"/>
      </w:pPr>
      <w:r>
        <w:t>Результат: увеличил скорость отдачи блюд на [число]% за счёт оптимизации заготовок.</w:t>
      </w:r>
    </w:p>
    <w:p>
      <w:pPr>
        <w:pStyle w:val="Heading3"/>
      </w:pPr>
      <w:r>
        <w:t>[Название организации], [город]</w:t>
      </w:r>
    </w:p>
    <w:p>
      <w:r>
        <w:t>Должность: повар-универсал. Период: [дата] [дата].</w:t>
      </w:r>
    </w:p>
    <w:p>
      <w:pPr>
        <w:pStyle w:val="ListBullet"/>
      </w:pPr>
      <w:r>
        <w:t>Работа на всех участках кухни: горячий и холодный цеха, заготовки.</w:t>
      </w:r>
    </w:p>
    <w:p>
      <w:pPr>
        <w:pStyle w:val="ListBullet"/>
      </w:pPr>
      <w:r>
        <w:t>Приготовление блюд по меню и разработка новых позиций.</w:t>
      </w:r>
    </w:p>
    <w:p>
      <w:pPr>
        <w:pStyle w:val="ListBullet"/>
      </w:pPr>
      <w:r>
        <w:t>Контроль расхода продуктов и минимизация отходов.</w:t>
      </w:r>
    </w:p>
    <w:p>
      <w:pPr>
        <w:pStyle w:val="ListBullet"/>
      </w:pPr>
      <w:r>
        <w:t>Результат: снизил количество возвратов блюд на [число]% благодаря точному соблюдению рецептур.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[город]. Специальность: повар, кондитер. Год окончания: [год].</w:t>
      </w:r>
    </w:p>
    <w:p>
      <w:r>
        <w:t>Свидетельство о профессии рабочего, должности служащего выдано [Название учебного центра], [год].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Технология приготовления горячих блюд, супов и соусов.</w:t>
      </w:r>
    </w:p>
    <w:p>
      <w:pPr>
        <w:pStyle w:val="ListBullet"/>
      </w:pPr>
      <w:r>
        <w:t>Работа с профессиональным кухонным оборудованием.</w:t>
      </w:r>
    </w:p>
    <w:p>
      <w:pPr>
        <w:pStyle w:val="ListBullet"/>
      </w:pPr>
      <w:r>
        <w:t>Знание санитарных норм и правил гигиены.</w:t>
      </w:r>
    </w:p>
    <w:p>
      <w:pPr>
        <w:pStyle w:val="ListBullet"/>
      </w:pPr>
      <w:r>
        <w:t>Навыки заготовки полуфабрикатов и контроля качества.</w:t>
      </w:r>
    </w:p>
    <w:p>
      <w:pPr>
        <w:pStyle w:val="ListBullet"/>
      </w:pPr>
      <w:r>
        <w:t>Умение работать в условиях высокой нагрузки.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Ответственность и пунктуальность.</w:t>
      </w:r>
    </w:p>
    <w:p>
      <w:pPr>
        <w:pStyle w:val="ListBullet"/>
      </w:pPr>
      <w:r>
        <w:t>Стрессоустойчивость.</w:t>
      </w:r>
    </w:p>
    <w:p>
      <w:pPr>
        <w:pStyle w:val="ListBullet"/>
      </w:pPr>
      <w:r>
        <w:t>Умение работать в команде.</w:t>
      </w:r>
    </w:p>
    <w:p>
      <w:pPr>
        <w:pStyle w:val="ListBullet"/>
      </w:pPr>
      <w:r>
        <w:t>Внимание к деталям.</w:t>
      </w:r>
    </w:p>
    <w:p>
      <w:pPr>
        <w:pStyle w:val="ListBullet"/>
      </w:pPr>
      <w:r>
        <w:t>Готовность к обучению.</w:t>
      </w:r>
    </w:p>
    <w:p>
      <w:pPr>
        <w:pStyle w:val="Heading2"/>
      </w:pPr>
      <w:r>
        <w:t>Дополнительная информация</w:t>
      </w:r>
    </w:p>
    <w:p>
      <w:r>
        <w:t>Медицинская книжка: [есть/нет]. Готовность к работе по сменному графику: [да/нет]. Знание языков: [язык], [уровень].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