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переводчика</w:t>
      </w:r>
    </w:p>
    <w:p>
      <w:pPr>
        <w:pStyle w:val="Heading2"/>
      </w:pPr>
      <w:r>
        <w:t>Желаемая должность и контакты</w:t>
      </w:r>
    </w:p>
    <w:p>
      <w:r>
        <w:t>Переводчик (английский и немецкий языки), техническая и юридическая тематика. [Город], готовность к удалённой работе и командировкам. Телефон: [телефон], email: [email], профиль: [ссылка на портфолио].</w:t>
      </w:r>
    </w:p>
    <w:p>
      <w:pPr>
        <w:pStyle w:val="Heading2"/>
      </w:pPr>
      <w:r>
        <w:t>Кратко о себе</w:t>
      </w:r>
    </w:p>
    <w:p>
      <w:r>
        <w:t>Переводчик с опытом работы более [число] лет. Специализация: перевод технической документации, договоров и деловой переписки с английского и немецкого на русский и обратно. Работаю с объёмом до [число] страниц в месяц, соблюдаю сроки и глоссарии заказчика. Имею опыт устного последовательного перевода на переговорах и презентациях.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[город], переводчик, [месяц год] [месяц год]</w:t>
      </w:r>
    </w:p>
    <w:p>
      <w:pPr>
        <w:pStyle w:val="ListBullet"/>
      </w:pPr>
      <w:r>
        <w:t>Перевод технических регламентов, инструкций по эксплуатации и паспортов оборудования с английского на русский.</w:t>
      </w:r>
    </w:p>
    <w:p>
      <w:pPr>
        <w:pStyle w:val="ListBullet"/>
      </w:pPr>
      <w:r>
        <w:t>Ведение глоссария по нефтегазовой тематике, согласование терминов с инженерами заказчика.</w:t>
      </w:r>
    </w:p>
    <w:p>
      <w:pPr>
        <w:pStyle w:val="ListBullet"/>
      </w:pPr>
      <w:r>
        <w:t>Последовательный перевод на ежемесячных встречах с поставщиками, до [число] часов за встречу.</w:t>
      </w:r>
    </w:p>
    <w:p>
      <w:pPr>
        <w:pStyle w:val="ListBullet"/>
      </w:pPr>
      <w:r>
        <w:t>Результат: сократил срок перевода типового пакета документации с [число] до [число] рабочих дней за счёт работы с памятью переводов.</w:t>
      </w:r>
    </w:p>
    <w:p>
      <w:pPr>
        <w:pStyle w:val="Heading3"/>
      </w:pPr>
      <w:r>
        <w:t>[Название организации], [город], младший переводчик, [месяц год] [месяц год]</w:t>
      </w:r>
    </w:p>
    <w:p>
      <w:pPr>
        <w:pStyle w:val="ListBullet"/>
      </w:pPr>
      <w:r>
        <w:t>Перевод деловой переписки и коммерческих предложений с немецкого и английского языков.</w:t>
      </w:r>
    </w:p>
    <w:p>
      <w:pPr>
        <w:pStyle w:val="ListBullet"/>
      </w:pPr>
      <w:r>
        <w:t>Редактура переводов коллег, проверка единообразия терминологии в договорах.</w:t>
      </w:r>
    </w:p>
    <w:p>
      <w:pPr>
        <w:pStyle w:val="ListBullet"/>
      </w:pPr>
      <w:r>
        <w:t>Подготовка двуязычных глоссариев по юридической тематике для внутреннего пользования.</w:t>
      </w:r>
    </w:p>
    <w:p>
      <w:pPr>
        <w:pStyle w:val="ListBullet"/>
      </w:pPr>
      <w:r>
        <w:t>Результат: снизил количество правок после редактуры на [число] процентов, ввёл единый шаблон глоссария для отдела.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[год окончания]. Специальность: «Перевод и переводоведение», квалификация: бакалавр.</w:t>
      </w:r>
    </w:p>
    <w:p>
      <w:r>
        <w:t>[Название учебного центра], [город], [год окончания]. Диплом о профессиональной переподготовке по программе «Технический перевод: английский язык».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Английский язык: C1, немецкий язык: B2, русский язык: родной.</w:t>
      </w:r>
    </w:p>
    <w:p>
      <w:pPr>
        <w:pStyle w:val="ListBullet"/>
      </w:pPr>
      <w:r>
        <w:t>CAT-инструменты: SDL Trados Studio, MemoQ, Smartcat.</w:t>
      </w:r>
    </w:p>
    <w:p>
      <w:pPr>
        <w:pStyle w:val="ListBullet"/>
      </w:pPr>
      <w:r>
        <w:t>Тематики: машиностроение, договорное право, логистика, ИТ-документация.</w:t>
      </w:r>
    </w:p>
    <w:p>
      <w:pPr>
        <w:pStyle w:val="ListBullet"/>
      </w:pPr>
      <w:r>
        <w:t>Последовательный перевод, работа с глоссариями и памятью переводов.</w:t>
      </w:r>
    </w:p>
    <w:p>
      <w:pPr>
        <w:pStyle w:val="ListBullet"/>
      </w:pPr>
      <w:r>
        <w:t>Редактура и корректура переводных текстов, проверка единообразия терминологии.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Усидчивость в работе с большими объёмами текста.</w:t>
      </w:r>
    </w:p>
    <w:p>
      <w:pPr>
        <w:pStyle w:val="ListBullet"/>
      </w:pPr>
      <w:r>
        <w:t>Соблюдение дедлайнов и готовность к срочным заказам.</w:t>
      </w:r>
    </w:p>
    <w:p>
      <w:pPr>
        <w:pStyle w:val="ListBullet"/>
      </w:pPr>
      <w:r>
        <w:t>Внимательность к деталям и терминологии.</w:t>
      </w:r>
    </w:p>
    <w:p>
      <w:pPr>
        <w:pStyle w:val="ListBullet"/>
      </w:pPr>
      <w:r>
        <w:t>Готовность задавать уточняющие вопросы заказчику до начала перевода.</w:t>
      </w:r>
    </w:p>
    <w:p>
      <w:pPr>
        <w:pStyle w:val="Heading2"/>
      </w:pPr>
      <w:r>
        <w:t>Дополнительная информация</w:t>
      </w:r>
    </w:p>
    <w:p>
      <w:r>
        <w:t>Портфолио с образцами переводов и отзывами заказчиков доступно по запросу. Готовность к тестовому заданию и пробному переводу. Ожидаемый уровень дохода: [сумма] рублей в месяц.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