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педагога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учитель [предмет]. Контакты: [Фамилия Имя Отчество], телефон: [телефон], email: [email], город: [город].</w:t>
      </w:r>
    </w:p>
    <w:p>
      <w:pPr>
        <w:pStyle w:val="Heading2"/>
      </w:pPr>
      <w:r>
        <w:t>Кратко о себе</w:t>
      </w:r>
    </w:p>
    <w:p>
      <w:r>
        <w:t>Педагог с [количество] годами опыта работы в общеобразовательной школе. Владею современными методиками преподавания, умею организовывать учебный процесс с учетом индивидуальных особенностей учащихся. Стремлюсь к постоянному профессиональному развитию и повышению качества образования.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организации], [город]</w:t>
      </w:r>
    </w:p>
    <w:p>
      <w:r>
        <w:t>Должность: учитель [предмет]. Период работы: с [дата] по [дата].</w:t>
      </w:r>
    </w:p>
    <w:p>
      <w:r>
        <w:t>Обязанности:</w:t>
      </w:r>
    </w:p>
    <w:p>
      <w:pPr>
        <w:pStyle w:val="ListBullet"/>
      </w:pPr>
      <w:r>
        <w:t>Проведение уроков [предмет] в соответствии с ФГОС.</w:t>
      </w:r>
    </w:p>
    <w:p>
      <w:pPr>
        <w:pStyle w:val="ListBullet"/>
      </w:pPr>
      <w:r>
        <w:t>Разработка рабочих программ и тематических планов.</w:t>
      </w:r>
    </w:p>
    <w:p>
      <w:pPr>
        <w:pStyle w:val="ListBullet"/>
      </w:pPr>
      <w:r>
        <w:t>Организация внеурочной деятельности по предмету.</w:t>
      </w:r>
    </w:p>
    <w:p>
      <w:pPr>
        <w:pStyle w:val="ListBullet"/>
      </w:pPr>
      <w:r>
        <w:t>Подготовка учащихся к олимпиадам и конкурсам.</w:t>
      </w:r>
    </w:p>
    <w:p>
      <w:pPr>
        <w:pStyle w:val="ListBullet"/>
      </w:pPr>
      <w:r>
        <w:t>Ведение документации и отчетности.</w:t>
      </w:r>
    </w:p>
    <w:p>
      <w:r>
        <w:t>Результаты: повышение успеваемости учащихся на [процент]%, подготовка призеров городских олимпиад, участие в профессиональных конкурсах.</w:t>
      </w:r>
    </w:p>
    <w:p>
      <w:pPr>
        <w:pStyle w:val="Heading3"/>
      </w:pPr>
      <w:r>
        <w:t>[Название организации], [город]</w:t>
      </w:r>
    </w:p>
    <w:p>
      <w:r>
        <w:t>Должность: учитель [предмет]. Период работы: с [дата] по [дата].</w:t>
      </w:r>
    </w:p>
    <w:p>
      <w:r>
        <w:t>Обязанности:</w:t>
      </w:r>
    </w:p>
    <w:p>
      <w:pPr>
        <w:pStyle w:val="ListBullet"/>
      </w:pPr>
      <w:r>
        <w:t>Проведение уроков и факультативных занятий.</w:t>
      </w:r>
    </w:p>
    <w:p>
      <w:pPr>
        <w:pStyle w:val="ListBullet"/>
      </w:pPr>
      <w:r>
        <w:t>Использование интерактивных методов обучения.</w:t>
      </w:r>
    </w:p>
    <w:p>
      <w:pPr>
        <w:pStyle w:val="ListBullet"/>
      </w:pPr>
      <w:r>
        <w:t>Индивидуальная работа с учащимися, имеющими трудности в обучении.</w:t>
      </w:r>
    </w:p>
    <w:p>
      <w:pPr>
        <w:pStyle w:val="ListBullet"/>
      </w:pPr>
      <w:r>
        <w:t>Взаимодействие с родителями.</w:t>
      </w:r>
    </w:p>
    <w:p>
      <w:pPr>
        <w:pStyle w:val="ListBullet"/>
      </w:pPr>
      <w:r>
        <w:t>Участие в методических объединениях.</w:t>
      </w:r>
    </w:p>
    <w:p>
      <w:r>
        <w:t>Результаты: успешное освоение учащимися образовательной программы, положительные отзывы родителей и коллег, разработка дидактических материалов.</w:t>
      </w:r>
    </w:p>
    <w:p>
      <w:pPr>
        <w:pStyle w:val="Heading2"/>
      </w:pPr>
      <w:r>
        <w:t>Образование</w:t>
      </w:r>
    </w:p>
    <w:p>
      <w:r>
        <w:t>[Название учебного заведения], [город], специальность «[специальность]», квалификация «[квалификация]», диплом выдан [дата].</w:t>
      </w:r>
    </w:p>
    <w:p>
      <w:r>
        <w:t>Диплом о профессиональной переподготовке по программе «[название программы]», выдан [Название учебного центра], [дата].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Знание ФГОС и современных образовательных технологий.</w:t>
      </w:r>
    </w:p>
    <w:p>
      <w:pPr>
        <w:pStyle w:val="ListBullet"/>
      </w:pPr>
      <w:r>
        <w:t>Владение методикой преподавания [предмет].</w:t>
      </w:r>
    </w:p>
    <w:p>
      <w:pPr>
        <w:pStyle w:val="ListBullet"/>
      </w:pPr>
      <w:r>
        <w:t>Навыки организации проектной и исследовательской деятельности учащихся.</w:t>
      </w:r>
    </w:p>
    <w:p>
      <w:pPr>
        <w:pStyle w:val="ListBullet"/>
      </w:pPr>
      <w:r>
        <w:t>Работа с электронными образовательными ресурсами и интерактивным оборудованием.</w:t>
      </w:r>
    </w:p>
    <w:p>
      <w:pPr>
        <w:pStyle w:val="ListBullet"/>
      </w:pPr>
      <w:r>
        <w:t>Умение составлять рабочие программы и учебно-методические материалы.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Ответственность и пунктуальность.</w:t>
      </w:r>
    </w:p>
    <w:p>
      <w:pPr>
        <w:pStyle w:val="ListBullet"/>
      </w:pPr>
      <w:r>
        <w:t>Коммуникабельность и умение работать в команде.</w:t>
      </w:r>
    </w:p>
    <w:p>
      <w:pPr>
        <w:pStyle w:val="ListBullet"/>
      </w:pPr>
      <w:r>
        <w:t>Терпение и доброжелательность.</w:t>
      </w:r>
    </w:p>
    <w:p>
      <w:pPr>
        <w:pStyle w:val="ListBullet"/>
      </w:pPr>
      <w:r>
        <w:t>Стремление к профессиональному росту.</w:t>
      </w:r>
    </w:p>
    <w:p>
      <w:pPr>
        <w:pStyle w:val="ListBullet"/>
      </w:pPr>
      <w:r>
        <w:t>Творческий подход к работе.</w:t>
      </w:r>
    </w:p>
    <w:p>
      <w:pPr>
        <w:pStyle w:val="Heading2"/>
      </w:pPr>
      <w:r>
        <w:t>Дополнительная информация</w:t>
      </w:r>
    </w:p>
    <w:p>
      <w:r>
        <w:t>Готовность к работе в условиях инклюзивного образования, наличие медицинской книжки, опыт классного руководства. Рекомендации предоставляются по запросу.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