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педагога-психолога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педагог-психолог</w:t>
      </w:r>
    </w:p>
    <w:p>
      <w:r>
        <w:t>Фамилия Имя Отчество: [Фамилия Имя Отчество]</w:t>
      </w:r>
    </w:p>
    <w:p>
      <w:r>
        <w:t>Телефон: [телефон]</w:t>
      </w:r>
    </w:p>
    <w:p>
      <w:r>
        <w:t>Email: [email]</w:t>
      </w:r>
    </w:p>
    <w:p>
      <w:r>
        <w:t>Город: [город]</w:t>
      </w:r>
    </w:p>
    <w:p>
      <w:pPr>
        <w:pStyle w:val="Heading2"/>
      </w:pPr>
      <w:r>
        <w:t>Кратко о себе</w:t>
      </w:r>
    </w:p>
    <w:p>
      <w:r>
        <w:t>Педагог-психолог с [число] годами опыта работы в образовательных учреждениях. Специализируюсь на психологическом сопровождении учебно-воспитательного процесса, диагностике и коррекции поведенческих и эмоциональных нарушений у детей. Владею современными методиками и технологиями психолого-педагогической поддержки.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педагог-психолог</w:t>
      </w:r>
    </w:p>
    <w:p>
      <w:r>
        <w:t>Период работы: с [дата] по [дата]</w:t>
      </w:r>
    </w:p>
    <w:p>
      <w:r>
        <w:t>Обязанности:</w:t>
      </w:r>
    </w:p>
    <w:p>
      <w:pPr>
        <w:pStyle w:val="ListBullet"/>
      </w:pPr>
      <w:r>
        <w:t>Проведение индивидуальных и групповых диагностических обследований учащихся.</w:t>
      </w:r>
    </w:p>
    <w:p>
      <w:pPr>
        <w:pStyle w:val="ListBullet"/>
      </w:pPr>
      <w:r>
        <w:t>Разработка и реализация коррекционно-развивающих программ.</w:t>
      </w:r>
    </w:p>
    <w:p>
      <w:pPr>
        <w:pStyle w:val="ListBullet"/>
      </w:pPr>
      <w:r>
        <w:t>Консультирование педагогов и родителей по вопросам возрастной психологии.</w:t>
      </w:r>
    </w:p>
    <w:p>
      <w:pPr>
        <w:pStyle w:val="ListBullet"/>
      </w:pPr>
      <w:r>
        <w:t>Участие в работе психолого-педагогического консилиума.</w:t>
      </w:r>
    </w:p>
    <w:p>
      <w:r>
        <w:t>Результаты:</w:t>
      </w:r>
    </w:p>
    <w:p>
      <w:pPr>
        <w:pStyle w:val="ListBullet"/>
      </w:pPr>
      <w:r>
        <w:t>Снижение количества конфликтных ситуаций среди учащихся на [число]%.</w:t>
      </w:r>
    </w:p>
    <w:p>
      <w:pPr>
        <w:pStyle w:val="ListBullet"/>
      </w:pPr>
      <w:r>
        <w:t>Повышение успеваемости в классах, где проводилась коррекционная работа, на [число]%.</w:t>
      </w:r>
    </w:p>
    <w:p>
      <w:pPr>
        <w:pStyle w:val="ListBullet"/>
      </w:pPr>
      <w:r>
        <w:t>Разработана и внедрена программа адаптации первоклассников.</w:t>
      </w:r>
    </w:p>
    <w:p>
      <w:pPr>
        <w:pStyle w:val="Heading3"/>
      </w:pPr>
      <w:r>
        <w:t>[Название организации], [город]</w:t>
      </w:r>
    </w:p>
    <w:p>
      <w:r>
        <w:t>Должность: педагог-психолог</w:t>
      </w:r>
    </w:p>
    <w:p>
      <w:r>
        <w:t>Период работы: с [дата] по [дата]</w:t>
      </w:r>
    </w:p>
    <w:p>
      <w:r>
        <w:t>Обязанности:</w:t>
      </w:r>
    </w:p>
    <w:p>
      <w:pPr>
        <w:pStyle w:val="ListBullet"/>
      </w:pPr>
      <w:r>
        <w:t>Психологическое просвещение участников образовательного процесса.</w:t>
      </w:r>
    </w:p>
    <w:p>
      <w:pPr>
        <w:pStyle w:val="ListBullet"/>
      </w:pPr>
      <w:r>
        <w:t>Проведение тренинговых занятий по развитию коммуникативных навыков.</w:t>
      </w:r>
    </w:p>
    <w:p>
      <w:pPr>
        <w:pStyle w:val="ListBullet"/>
      </w:pPr>
      <w:r>
        <w:t>Оказание экстренной психологической помощи в кризисных ситуациях.</w:t>
      </w:r>
    </w:p>
    <w:p>
      <w:pPr>
        <w:pStyle w:val="ListBullet"/>
      </w:pPr>
      <w:r>
        <w:t>Ведение документации согласно требованиям.</w:t>
      </w:r>
    </w:p>
    <w:p>
      <w:r>
        <w:t>Результаты:</w:t>
      </w:r>
    </w:p>
    <w:p>
      <w:pPr>
        <w:pStyle w:val="ListBullet"/>
      </w:pPr>
      <w:r>
        <w:t>Успешная адаптация [число] детей с особыми образовательными потребностями.</w:t>
      </w:r>
    </w:p>
    <w:p>
      <w:pPr>
        <w:pStyle w:val="ListBullet"/>
      </w:pPr>
      <w:r>
        <w:t>Положительные отзывы от [число]% родителей о проведенных консультациях.</w:t>
      </w:r>
    </w:p>
    <w:p>
      <w:pPr>
        <w:pStyle w:val="ListBullet"/>
      </w:pPr>
      <w:r>
        <w:t>Разработан и проведен цикл тренингов для педагогов по профилактике эмоционального выгорания.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</w:t>
      </w:r>
    </w:p>
    <w:p>
      <w:r>
        <w:t>Специальность: Психология, квалификация: Психолог. Преподаватель психологии.</w:t>
      </w:r>
    </w:p>
    <w:p>
      <w:r>
        <w:t>Год окончания: [год]</w:t>
      </w:r>
    </w:p>
    <w:p>
      <w:r>
        <w:t>Диплом о профессиональной переподготовке: [Название учебного центра], [город]</w:t>
      </w:r>
    </w:p>
    <w:p>
      <w:r>
        <w:t>Программа: Педагог-психолог, год окончания: [год]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Владение методами психологической диагностики (тестирование, наблюдение, беседа).</w:t>
      </w:r>
    </w:p>
    <w:p>
      <w:pPr>
        <w:pStyle w:val="ListBullet"/>
      </w:pPr>
      <w:r>
        <w:t>Разработка и реализация коррекционно-развивающих программ.</w:t>
      </w:r>
    </w:p>
    <w:p>
      <w:pPr>
        <w:pStyle w:val="ListBullet"/>
      </w:pPr>
      <w:r>
        <w:t>Индивидуальное и групповое консультирование.</w:t>
      </w:r>
    </w:p>
    <w:p>
      <w:pPr>
        <w:pStyle w:val="ListBullet"/>
      </w:pPr>
      <w:r>
        <w:t>Знание возрастной психологии и педагогики.</w:t>
      </w:r>
    </w:p>
    <w:p>
      <w:pPr>
        <w:pStyle w:val="ListBullet"/>
      </w:pPr>
      <w:r>
        <w:t>Навыки проведения тренингов и семинаров.</w:t>
      </w:r>
    </w:p>
    <w:p>
      <w:pPr>
        <w:pStyle w:val="ListBullet"/>
      </w:pPr>
      <w:r>
        <w:t>Работа с детьми с ОВЗ.</w:t>
      </w:r>
    </w:p>
    <w:p>
      <w:pPr>
        <w:pStyle w:val="ListBullet"/>
      </w:pPr>
      <w:r>
        <w:t>Документационное сопровождение деятельности педагога-психолога.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Эмпатия и умение слушать.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Стрессоустойчивость.</w:t>
      </w:r>
    </w:p>
    <w:p>
      <w:pPr>
        <w:pStyle w:val="ListBullet"/>
      </w:pPr>
      <w:r>
        <w:t>Коммуникабельность.</w:t>
      </w:r>
    </w:p>
    <w:p>
      <w:pPr>
        <w:pStyle w:val="ListBullet"/>
      </w:pPr>
      <w:r>
        <w:t>Творческий подход к работе.</w:t>
      </w:r>
    </w:p>
    <w:p>
      <w:pPr>
        <w:pStyle w:val="ListBullet"/>
      </w:pPr>
      <w:r>
        <w:t>Способность работать в команде.</w:t>
      </w:r>
    </w:p>
    <w:p>
      <w:pPr>
        <w:pStyle w:val="Heading2"/>
      </w:pPr>
      <w:r>
        <w:t>Дополнительная информация</w:t>
      </w:r>
    </w:p>
    <w:p>
      <w:r>
        <w:t>Наличие медицинской книжки: [да/нет]</w:t>
      </w:r>
    </w:p>
    <w:p>
      <w:r>
        <w:t>Готовность к командировкам: [да/нет]</w:t>
      </w:r>
    </w:p>
    <w:p>
      <w:r>
        <w:t>Знание иностранных языков: [язык, уровень]</w:t>
      </w:r>
    </w:p>
    <w:p>
      <w:r>
        <w:t>Личные увлечения: [хобби]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