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парикмахера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парикмахер-стилист</w:t>
      </w:r>
    </w:p>
    <w:p>
      <w:r>
        <w:t>Фамилия Имя Отчество: [Фамилия Имя Отчество]</w:t>
      </w:r>
    </w:p>
    <w:p>
      <w:r>
        <w:t>Телефон: [телефон]</w:t>
      </w:r>
    </w:p>
    <w:p>
      <w:r>
        <w:t>Email: [email]</w:t>
      </w:r>
    </w:p>
    <w:p>
      <w:r>
        <w:t>Город: [город]</w:t>
      </w:r>
    </w:p>
    <w:p>
      <w:pPr>
        <w:pStyle w:val="Heading2"/>
      </w:pPr>
      <w:r>
        <w:t>Кратко о себе</w:t>
      </w:r>
    </w:p>
    <w:p>
      <w:r>
        <w:t>Парикмахер-стилист с опытом работы более 5 лет. Специализируюсь на женских и мужских стрижках, окрашивании и укладке. Владею современными техниками колористики, умею подбирать образ и работать с разными типами волос. Ответственно подхожу к каждому клиенту, постоянно повышаю квалификацию.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Парикмахер-стилист, [Название организации], [город]</w:t>
      </w:r>
    </w:p>
    <w:p>
      <w:r>
        <w:t>Период работы: [дата] [дата]</w:t>
      </w:r>
    </w:p>
    <w:p>
      <w:r>
        <w:t>Обязанности:</w:t>
      </w:r>
    </w:p>
    <w:p>
      <w:pPr>
        <w:pStyle w:val="ListBullet"/>
      </w:pPr>
      <w:r>
        <w:t>Выполнение женских и мужских стрижек любой сложности.</w:t>
      </w:r>
    </w:p>
    <w:p>
      <w:pPr>
        <w:pStyle w:val="ListBullet"/>
      </w:pPr>
      <w:r>
        <w:t>Окрашивание волос (однотонное, мелирование, балаяж, омбре).</w:t>
      </w:r>
    </w:p>
    <w:p>
      <w:pPr>
        <w:pStyle w:val="ListBullet"/>
      </w:pPr>
      <w:r>
        <w:t>Укладка волос с использованием стайлинговых средств и инструментов.</w:t>
      </w:r>
    </w:p>
    <w:p>
      <w:pPr>
        <w:pStyle w:val="ListBullet"/>
      </w:pPr>
      <w:r>
        <w:t>Консультирование клиентов по уходу за волосами и подбору домашних средств.</w:t>
      </w:r>
    </w:p>
    <w:p>
      <w:pPr>
        <w:pStyle w:val="ListBullet"/>
      </w:pPr>
      <w:r>
        <w:t>Ведение записи клиентов и поддержание чистоты на рабочем месте.</w:t>
      </w:r>
    </w:p>
    <w:p>
      <w:r>
        <w:t>Результаты:</w:t>
      </w:r>
    </w:p>
    <w:p>
      <w:pPr>
        <w:pStyle w:val="ListBullet"/>
      </w:pPr>
      <w:r>
        <w:t>Увеличила количество постоянных клиентов на 30% за год за счет качественного сервиса.</w:t>
      </w:r>
    </w:p>
    <w:p>
      <w:pPr>
        <w:pStyle w:val="ListBullet"/>
      </w:pPr>
      <w:r>
        <w:t>Освоила новые техники окрашивания, что повысило средний чек на 20%.</w:t>
      </w:r>
    </w:p>
    <w:p>
      <w:pPr>
        <w:pStyle w:val="ListBullet"/>
      </w:pPr>
      <w:r>
        <w:t>Получала положительные отзывы клиентов и рекомендации.</w:t>
      </w:r>
    </w:p>
    <w:p>
      <w:pPr>
        <w:pStyle w:val="Heading3"/>
      </w:pPr>
      <w:r>
        <w:t>Парикмахер, [Название организации], [город]</w:t>
      </w:r>
    </w:p>
    <w:p>
      <w:r>
        <w:t>Период работы: [дата] [дата]</w:t>
      </w:r>
    </w:p>
    <w:p>
      <w:r>
        <w:t>Обязанности:</w:t>
      </w:r>
    </w:p>
    <w:p>
      <w:pPr>
        <w:pStyle w:val="ListBullet"/>
      </w:pPr>
      <w:r>
        <w:t>Стрижка волос (женская, мужская, детская).</w:t>
      </w:r>
    </w:p>
    <w:p>
      <w:pPr>
        <w:pStyle w:val="ListBullet"/>
      </w:pPr>
      <w:r>
        <w:t>Мытье и массаж головы.</w:t>
      </w:r>
    </w:p>
    <w:p>
      <w:pPr>
        <w:pStyle w:val="ListBullet"/>
      </w:pPr>
      <w:r>
        <w:t>Укладка волос (повседневная, вечерняя).</w:t>
      </w:r>
    </w:p>
    <w:p>
      <w:pPr>
        <w:pStyle w:val="ListBullet"/>
      </w:pPr>
      <w:r>
        <w:t>Плетение кос и создание причесок.</w:t>
      </w:r>
    </w:p>
    <w:p>
      <w:pPr>
        <w:pStyle w:val="ListBullet"/>
      </w:pPr>
      <w:r>
        <w:t>Соблюдение санитарных норм и правил безопасности.</w:t>
      </w:r>
    </w:p>
    <w:p>
      <w:r>
        <w:t>Результаты:</w:t>
      </w:r>
    </w:p>
    <w:p>
      <w:pPr>
        <w:pStyle w:val="ListBullet"/>
      </w:pPr>
      <w:r>
        <w:t>Быстро освоила новые виды стрижек и укладок.</w:t>
      </w:r>
    </w:p>
    <w:p>
      <w:pPr>
        <w:pStyle w:val="ListBullet"/>
      </w:pPr>
      <w:r>
        <w:t>Зарекомендовала себя как ответственный и аккуратный сотрудник.</w:t>
      </w:r>
    </w:p>
    <w:p>
      <w:pPr>
        <w:pStyle w:val="ListBullet"/>
      </w:pPr>
      <w:r>
        <w:t>Помогала в обучении новых сотрудников.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</w:t>
      </w:r>
    </w:p>
    <w:p>
      <w:r>
        <w:t>Специальность: парикмахерское искусство</w:t>
      </w:r>
    </w:p>
    <w:p>
      <w:r>
        <w:t>Год окончания: [год]</w:t>
      </w:r>
    </w:p>
    <w:p>
      <w:r>
        <w:t>Свидетельство о профессии рабочего, должности служащего: выдано [Название учебного центра], [дата]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Владение техниками стрижки (каскад, боб, пикси, градуированная, мужская классическая).</w:t>
      </w:r>
    </w:p>
    <w:p>
      <w:pPr>
        <w:pStyle w:val="ListBullet"/>
      </w:pPr>
      <w:r>
        <w:t>Окрашивание волос: однотонное, мелирование, балаяж, омбре, тонирование.</w:t>
      </w:r>
    </w:p>
    <w:p>
      <w:pPr>
        <w:pStyle w:val="ListBullet"/>
      </w:pPr>
      <w:r>
        <w:t>Укладка волос с использованием фена, утюжка, плойки, диффузора.</w:t>
      </w:r>
    </w:p>
    <w:p>
      <w:pPr>
        <w:pStyle w:val="ListBullet"/>
      </w:pPr>
      <w:r>
        <w:t>Плетение кос, создание свадебных и вечерних причесок.</w:t>
      </w:r>
    </w:p>
    <w:p>
      <w:pPr>
        <w:pStyle w:val="ListBullet"/>
      </w:pPr>
      <w:r>
        <w:t>Знание профессиональной косметики для волос и средств по уходу.</w:t>
      </w:r>
    </w:p>
    <w:p>
      <w:pPr>
        <w:pStyle w:val="ListBullet"/>
      </w:pPr>
      <w:r>
        <w:t>Навыки консультирования клиентов и подбора индивидуального образа.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Коммуникабельность и умение находить подход к клиентам.</w:t>
      </w:r>
    </w:p>
    <w:p>
      <w:pPr>
        <w:pStyle w:val="ListBullet"/>
      </w:pPr>
      <w:r>
        <w:t>Стрессоустойчивость и способность работать в условиях высокой нагрузки.</w:t>
      </w:r>
    </w:p>
    <w:p>
      <w:pPr>
        <w:pStyle w:val="ListBullet"/>
      </w:pPr>
      <w:r>
        <w:t>Аккуратность и внимательность к деталям.</w:t>
      </w:r>
    </w:p>
    <w:p>
      <w:pPr>
        <w:pStyle w:val="ListBullet"/>
      </w:pPr>
      <w:r>
        <w:t>Креативность и чувство стиля.</w:t>
      </w:r>
    </w:p>
    <w:p>
      <w:pPr>
        <w:pStyle w:val="ListBullet"/>
      </w:pPr>
      <w:r>
        <w:t>Ответственность и пунктуальность.</w:t>
      </w:r>
    </w:p>
    <w:p>
      <w:pPr>
        <w:pStyle w:val="Heading2"/>
      </w:pPr>
      <w:r>
        <w:t>Дополнительная информация</w:t>
      </w:r>
    </w:p>
    <w:p>
      <w:r>
        <w:t>Готова к обучению и повышению квалификации. Имею медицинскую книжку. Рассматриваю предложения с гибким графиком. Увлекаюсь изучением новых тенденций в парикмахерском искусстве, посещаю мастер-классы и семинары.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