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мастера маникюра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мастер маникюра. Фамилия Имя Отчество: [Фамилия Имя Отчество]. Телефон: [телефон]. Email: [email]. Город: [город]. Готовность к работе: полная занятость, гибкий график.</w:t>
      </w:r>
    </w:p>
    <w:p>
      <w:pPr>
        <w:pStyle w:val="Heading2"/>
      </w:pPr>
      <w:r>
        <w:t>Кратко о себе</w:t>
      </w:r>
    </w:p>
    <w:p>
      <w:r>
        <w:t>Мастер маникюра с опытом работы более [число] лет. Владею аппаратным и комбинированным маникюром, покрытием гель-лаком, наращиванием ногтей и дизайном. Работаю с соблюдением санитарных норм и стандартов обслуживания. Ориентирована на качество и долгосрочные отношения с клиентами.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Мастер маникюра, [Название салона], [город], [дата] по [дата]</w:t>
      </w:r>
    </w:p>
    <w:p>
      <w:pPr>
        <w:pStyle w:val="ListBullet"/>
      </w:pPr>
      <w:r>
        <w:t>Выполнение аппаратного и комбинированного маникюра, покрытие гель-лаком, укрепление ногтей.</w:t>
      </w:r>
    </w:p>
    <w:p>
      <w:pPr>
        <w:pStyle w:val="ListBullet"/>
      </w:pPr>
      <w:r>
        <w:t>Проведение дизайна ногтей по индивидуальным запросам клиентов.</w:t>
      </w:r>
    </w:p>
    <w:p>
      <w:pPr>
        <w:pStyle w:val="ListBullet"/>
      </w:pPr>
      <w:r>
        <w:t>Консультирование клиентов по уходу за ногтями и кожей рук.</w:t>
      </w:r>
    </w:p>
    <w:p>
      <w:pPr>
        <w:pStyle w:val="ListBullet"/>
      </w:pPr>
      <w:r>
        <w:t>Соблюдение санитарных требований и стерилизации инструментов.</w:t>
      </w:r>
    </w:p>
    <w:p>
      <w:pPr>
        <w:pStyle w:val="ListBullet"/>
      </w:pPr>
      <w:r>
        <w:t>Результат: средняя загрузка [число] клиентов в день, высокий процент повторных визитов.</w:t>
      </w:r>
    </w:p>
    <w:p>
      <w:pPr>
        <w:pStyle w:val="Heading3"/>
      </w:pPr>
      <w:r>
        <w:t>Мастер маникюра, [Название студии], [город], [дата] по [дата]</w:t>
      </w:r>
    </w:p>
    <w:p>
      <w:pPr>
        <w:pStyle w:val="ListBullet"/>
      </w:pPr>
      <w:r>
        <w:t>Оказание услуг по маникюру, педикюру и наращиванию ногтей.</w:t>
      </w:r>
    </w:p>
    <w:p>
      <w:pPr>
        <w:pStyle w:val="ListBullet"/>
      </w:pPr>
      <w:r>
        <w:t>Ведение записи клиентов и контроль расходных материалов.</w:t>
      </w:r>
    </w:p>
    <w:p>
      <w:pPr>
        <w:pStyle w:val="ListBullet"/>
      </w:pPr>
      <w:r>
        <w:t>Участие в обучении новых сотрудников техникам покрытия.</w:t>
      </w:r>
    </w:p>
    <w:p>
      <w:pPr>
        <w:pStyle w:val="ListBullet"/>
      </w:pPr>
      <w:r>
        <w:t>Результат: увеличение клиентской базы на [число] человек за [период].</w:t>
      </w:r>
    </w:p>
    <w:p>
      <w:pPr>
        <w:pStyle w:val="Heading2"/>
      </w:pPr>
      <w:r>
        <w:t>Образование</w:t>
      </w:r>
    </w:p>
    <w:p>
      <w:r>
        <w:t>[Название учебного заведения], специальность «Мастер маникюра», [год окончания]. Свидетельство о профессии рабочего, должности служащего: [Название учебного центра], [год выдачи].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Аппаратный, комбинированный и классический маникюр.</w:t>
      </w:r>
    </w:p>
    <w:p>
      <w:pPr>
        <w:pStyle w:val="ListBullet"/>
      </w:pPr>
      <w:r>
        <w:t>Покрытие гель-лаком, укрепление и наращивание ногтей.</w:t>
      </w:r>
    </w:p>
    <w:p>
      <w:pPr>
        <w:pStyle w:val="ListBullet"/>
      </w:pPr>
      <w:r>
        <w:t>Дизайн ногтей: френч, градиент, стемпинг, роспись.</w:t>
      </w:r>
    </w:p>
    <w:p>
      <w:pPr>
        <w:pStyle w:val="ListBullet"/>
      </w:pPr>
      <w:r>
        <w:t>Стерилизация инструментов и соблюдение санитарных норм.</w:t>
      </w:r>
    </w:p>
    <w:p>
      <w:pPr>
        <w:pStyle w:val="ListBullet"/>
      </w:pPr>
      <w:r>
        <w:t>Работа с клиентской базой и программами записи.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Аккуратность и внимательность к деталям.</w:t>
      </w:r>
    </w:p>
    <w:p>
      <w:pPr>
        <w:pStyle w:val="ListBullet"/>
      </w:pPr>
      <w:r>
        <w:t>Коммуникабельность и умение работать с клиентами.</w:t>
      </w:r>
    </w:p>
    <w:p>
      <w:pPr>
        <w:pStyle w:val="ListBullet"/>
      </w:pPr>
      <w:r>
        <w:t>Стрессоустойчивость и пунктуальность.</w:t>
      </w:r>
    </w:p>
    <w:p>
      <w:pPr>
        <w:pStyle w:val="ListBullet"/>
      </w:pPr>
      <w:r>
        <w:t>Стремление к профессиональному развитию.</w:t>
      </w:r>
    </w:p>
    <w:p>
      <w:pPr>
        <w:pStyle w:val="Heading2"/>
      </w:pPr>
      <w:r>
        <w:t>Дополнительная информация</w:t>
      </w:r>
    </w:p>
    <w:p>
      <w:r>
        <w:t>Наличие медицинской книжки: [да/нет]. Готовность к выезду на дом к клиенту: [да/нет]. Знание языков: русский. 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