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маркетолога</w:t>
      </w:r>
    </w:p>
    <w:p>
      <w:pPr>
        <w:pStyle w:val="Heading2"/>
      </w:pPr>
      <w:r>
        <w:t>Желаемая должность и контакты</w:t>
      </w:r>
    </w:p>
    <w:p>
      <w:r>
        <w:t>Маркетолог (специалист по digital-маркетингу)</w:t>
      </w:r>
    </w:p>
    <w:p>
      <w:pPr>
        <w:pStyle w:val="ListBullet"/>
      </w:pPr>
      <w:r>
        <w:t>ФИО: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Email: [email]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Портфолио: [ссылка]</w:t>
      </w:r>
    </w:p>
    <w:p>
      <w:pPr>
        <w:pStyle w:val="Heading2"/>
      </w:pPr>
      <w:r>
        <w:t>Кратко о себе</w:t>
      </w:r>
    </w:p>
    <w:p>
      <w:r>
        <w:t>Маркетолог с опытом работы более 5 лет. Специализируюсь на разработке и реализации маркетинговых стратегий, управлении рекламными кампаниями и анализе эффективности каналов привлечения трафика. Имею опыт построения отдела маркетинга и работы с бюджетом до [сумма] рублей в месяц. Ориентирован на результат и постоянное улучшение показателей.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[город]: Маркетолог (2020 : настоящее время)</w:t>
      </w:r>
    </w:p>
    <w:p>
      <w:pPr>
        <w:pStyle w:val="ListBullet"/>
      </w:pPr>
      <w:r>
        <w:t>Разработка и запуск рекламных кампаний в Google Ads и Яндекс.Директ. Снижение стоимости лида на 20%.</w:t>
      </w:r>
    </w:p>
    <w:p>
      <w:pPr>
        <w:pStyle w:val="ListBullet"/>
      </w:pPr>
      <w:r>
        <w:t>Управление SMM-стратегией: рост подписчиков в социальных сетях на 30% за полгода.</w:t>
      </w:r>
    </w:p>
    <w:p>
      <w:pPr>
        <w:pStyle w:val="ListBullet"/>
      </w:pPr>
      <w:r>
        <w:t>Проведение A/B тестов посадочных страниц, увеличение конверсии на 15%.</w:t>
      </w:r>
    </w:p>
    <w:p>
      <w:pPr>
        <w:pStyle w:val="ListBullet"/>
      </w:pPr>
      <w:r>
        <w:t>Анализ эффективности маркетинговых каналов с помощью Google Analytics и Яндекс.Метрики.</w:t>
      </w:r>
    </w:p>
    <w:p>
      <w:pPr>
        <w:pStyle w:val="Heading3"/>
      </w:pPr>
      <w:r>
        <w:t>[Название организации], [город]: Ассистент маркетолога (2018 : 2020)</w:t>
      </w:r>
    </w:p>
    <w:p>
      <w:pPr>
        <w:pStyle w:val="ListBullet"/>
      </w:pPr>
      <w:r>
        <w:t>Подготовка и проведение email-рассылок, рост открываемости на 10%.</w:t>
      </w:r>
    </w:p>
    <w:p>
      <w:pPr>
        <w:pStyle w:val="ListBullet"/>
      </w:pPr>
      <w:r>
        <w:t>Ведение контент-плана и создание текстов для блога и социальных сетей.</w:t>
      </w:r>
    </w:p>
    <w:p>
      <w:pPr>
        <w:pStyle w:val="ListBullet"/>
      </w:pPr>
      <w:r>
        <w:t>Сбор и анализ данных о конкурентах, подготовка ежемесячных отчетов.</w:t>
      </w:r>
    </w:p>
    <w:p>
      <w:pPr>
        <w:pStyle w:val="ListBullet"/>
      </w:pPr>
      <w:r>
        <w:t>Участие в организации вебинаров и онлайн-конференций.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[город]: Бакалавр по направлению «Маркетинг», [год окончания].</w:t>
      </w:r>
    </w:p>
    <w:p>
      <w:r>
        <w:t>Диплом о профессиональной переподготовке по программе «Digital-маркетинг и аналитика», [Название учебного центра], [год окончания].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Разработка маркетинговой стратегии и планирование бюджета.</w:t>
      </w:r>
    </w:p>
    <w:p>
      <w:pPr>
        <w:pStyle w:val="ListBullet"/>
      </w:pPr>
      <w:r>
        <w:t>Настройка и оптимизация рекламных кампаний в Google Ads, Яндекс.Директ, VK Ads.</w:t>
      </w:r>
    </w:p>
    <w:p>
      <w:pPr>
        <w:pStyle w:val="ListBullet"/>
      </w:pPr>
      <w:r>
        <w:t>Веб-аналитика: Google Analytics, Яндекс.Метрика, Google Tag Manager.</w:t>
      </w:r>
    </w:p>
    <w:p>
      <w:pPr>
        <w:pStyle w:val="ListBullet"/>
      </w:pPr>
      <w:r>
        <w:t>SEO-оптимизация и работа с контентом.</w:t>
      </w:r>
    </w:p>
    <w:p>
      <w:pPr>
        <w:pStyle w:val="ListBullet"/>
      </w:pPr>
      <w:r>
        <w:t>Email-маркетинг: Mailchimp, Unisender.</w:t>
      </w:r>
    </w:p>
    <w:p>
      <w:pPr>
        <w:pStyle w:val="ListBullet"/>
      </w:pPr>
      <w:r>
        <w:t>Управление проектами: Jira, Trello, MS Project.</w:t>
      </w:r>
    </w:p>
    <w:p>
      <w:pPr>
        <w:pStyle w:val="ListBullet"/>
      </w:pPr>
      <w:r>
        <w:t>Знание Excel и Google Sheets для анализа данных.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Аналитическое мышление.</w:t>
      </w:r>
    </w:p>
    <w:p>
      <w:pPr>
        <w:pStyle w:val="ListBullet"/>
      </w:pPr>
      <w:r>
        <w:t>Креативность и умение находить нестандартные решения.</w:t>
      </w:r>
    </w:p>
    <w:p>
      <w:pPr>
        <w:pStyle w:val="ListBullet"/>
      </w:pPr>
      <w:r>
        <w:t>Ответственность и ориентация на результат.</w:t>
      </w:r>
    </w:p>
    <w:p>
      <w:pPr>
        <w:pStyle w:val="ListBullet"/>
      </w:pPr>
      <w:r>
        <w:t>Умение работать в команде и эффективно коммуницировать.</w:t>
      </w:r>
    </w:p>
    <w:p>
      <w:pPr>
        <w:pStyle w:val="ListBullet"/>
      </w:pPr>
      <w:r>
        <w:t>Стрессоустойчивость и способность работать в условиях многозадачности.</w:t>
      </w:r>
    </w:p>
    <w:p>
      <w:pPr>
        <w:pStyle w:val="Heading2"/>
      </w:pPr>
      <w:r>
        <w:t>Дополнительная информация</w:t>
      </w:r>
    </w:p>
    <w:p>
      <w:pPr>
        <w:pStyle w:val="ListBullet"/>
      </w:pPr>
      <w:r>
        <w:t>Английский язык: уровень B2 (средне-продвинутый).</w:t>
      </w:r>
    </w:p>
    <w:p>
      <w:pPr>
        <w:pStyle w:val="ListBullet"/>
      </w:pPr>
      <w:r>
        <w:t>Готовность к командировкам и обучению.</w:t>
      </w:r>
    </w:p>
    <w:p>
      <w:pPr>
        <w:pStyle w:val="ListBullet"/>
      </w:pPr>
      <w:r>
        <w:t>Наличие сертификатов: Google Analytics Individual Qualification, Яндекс.Директ (сертифицированный специалист).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