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логиста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Логист (специалист по транспортной логистике).</w:t>
      </w:r>
    </w:p>
    <w:p>
      <w:pPr>
        <w:pStyle w:val="ListBullet"/>
      </w:pPr>
      <w:r>
        <w:t>Фамилия Имя Отчество: [Фамилия Имя Отчество]</w:t>
      </w:r>
    </w:p>
    <w:p>
      <w:pPr>
        <w:pStyle w:val="ListBullet"/>
      </w:pPr>
      <w:r>
        <w:t>Телефон: [телефон]</w:t>
      </w:r>
    </w:p>
    <w:p>
      <w:pPr>
        <w:pStyle w:val="ListBullet"/>
      </w:pPr>
      <w:r>
        <w:t>Электронная почта: [email]</w:t>
      </w:r>
    </w:p>
    <w:p>
      <w:pPr>
        <w:pStyle w:val="ListBullet"/>
      </w:pPr>
      <w:r>
        <w:t>Город: [город]</w:t>
      </w:r>
    </w:p>
    <w:p>
      <w:pPr>
        <w:pStyle w:val="ListBullet"/>
      </w:pPr>
      <w:r>
        <w:t>Готовность к командировкам: [да/нет]</w:t>
      </w:r>
    </w:p>
    <w:p>
      <w:pPr>
        <w:pStyle w:val="Heading2"/>
      </w:pPr>
      <w:r>
        <w:t>Кратко о себе</w:t>
      </w:r>
    </w:p>
    <w:p>
      <w:r>
        <w:t>Логист с опытом организации перевозок и складской обработки грузов более [число] лет. Специализируюсь на планировании маршрутов, взаимодействии с перевозчиками и снижении транспортных расходов. Умею работать с большими объёмами данных и оперативно решать нестандартные ситуации.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</w:t>
      </w:r>
    </w:p>
    <w:p>
      <w:r>
        <w:t>Должность: Логист. Период работы: [дата] [дата].</w:t>
      </w:r>
    </w:p>
    <w:p>
      <w:r>
        <w:t>Обязанности:</w:t>
      </w:r>
    </w:p>
    <w:p>
      <w:pPr>
        <w:pStyle w:val="ListBullet"/>
      </w:pPr>
      <w:r>
        <w:t>Планирование и организация доставки грузов автомобильным транспортом на территории [регион].</w:t>
      </w:r>
    </w:p>
    <w:p>
      <w:pPr>
        <w:pStyle w:val="ListBullet"/>
      </w:pPr>
      <w:r>
        <w:t>Поиск и оценка перевозчиков, заключение договоров на транспортно-экспедиционное обслуживание.</w:t>
      </w:r>
    </w:p>
    <w:p>
      <w:pPr>
        <w:pStyle w:val="ListBullet"/>
      </w:pPr>
      <w:r>
        <w:t>Контроль сроков погрузки и выгрузки, оформление товарно-транспортных накладных.</w:t>
      </w:r>
    </w:p>
    <w:p>
      <w:pPr>
        <w:pStyle w:val="ListBullet"/>
      </w:pPr>
      <w:r>
        <w:t>Взаимодействие с складом по вопросам комплектации и отгрузки заказов.</w:t>
      </w:r>
    </w:p>
    <w:p>
      <w:pPr>
        <w:pStyle w:val="ListBullet"/>
      </w:pPr>
      <w:r>
        <w:t>Ведение отчётности по транспортным расходам и срокам доставки.</w:t>
      </w:r>
    </w:p>
    <w:p>
      <w:r>
        <w:t>Результаты:</w:t>
      </w:r>
    </w:p>
    <w:p>
      <w:pPr>
        <w:pStyle w:val="ListBullet"/>
      </w:pPr>
      <w:r>
        <w:t>Сократил среднюю стоимость доставки на [число]% за счёт оптимизации маршрутов и выбора перевозчиков.</w:t>
      </w:r>
    </w:p>
    <w:p>
      <w:pPr>
        <w:pStyle w:val="ListBullet"/>
      </w:pPr>
      <w:r>
        <w:t>Снизил количество просрочек доставки с [число]% до [число]% за [период].</w:t>
      </w:r>
    </w:p>
    <w:p>
      <w:pPr>
        <w:pStyle w:val="Heading3"/>
      </w:pPr>
      <w:r>
        <w:t>[Название организации], [город]</w:t>
      </w:r>
    </w:p>
    <w:p>
      <w:r>
        <w:t>Должность: Помощник логиста. Период работы: [дата] [дата].</w:t>
      </w:r>
    </w:p>
    <w:p>
      <w:r>
        <w:t>Обязанности:</w:t>
      </w:r>
    </w:p>
    <w:p>
      <w:pPr>
        <w:pStyle w:val="ListBullet"/>
      </w:pPr>
      <w:r>
        <w:t>Обработка заявок на перевозку и распределение их между водителями.</w:t>
      </w:r>
    </w:p>
    <w:p>
      <w:pPr>
        <w:pStyle w:val="ListBullet"/>
      </w:pPr>
      <w:r>
        <w:t>Подготовка сопроводительных документов и контроль их возврата.</w:t>
      </w:r>
    </w:p>
    <w:p>
      <w:pPr>
        <w:pStyle w:val="ListBullet"/>
      </w:pPr>
      <w:r>
        <w:t>Отслеживание местонахождения транспорта и информирование клиентов о статусе доставки.</w:t>
      </w:r>
    </w:p>
    <w:p>
      <w:pPr>
        <w:pStyle w:val="ListBullet"/>
      </w:pPr>
      <w:r>
        <w:t>Участие в инвентаризации складских остатков.</w:t>
      </w:r>
    </w:p>
    <w:p>
      <w:r>
        <w:t>Результаты:</w:t>
      </w:r>
    </w:p>
    <w:p>
      <w:pPr>
        <w:pStyle w:val="ListBullet"/>
      </w:pPr>
      <w:r>
        <w:t>Сократил время обработки заявки с [число] до [число] минут за счёт шаблонов документов.</w:t>
      </w:r>
    </w:p>
    <w:p>
      <w:pPr>
        <w:pStyle w:val="ListBullet"/>
      </w:pPr>
      <w:r>
        <w:t>Снизил количество ошибок в накладных на [число]% за [период].</w:t>
      </w:r>
    </w:p>
    <w:p>
      <w:pPr>
        <w:pStyle w:val="Heading2"/>
      </w:pPr>
      <w:r>
        <w:t>Образование</w:t>
      </w:r>
    </w:p>
    <w:p>
      <w:pPr>
        <w:pStyle w:val="ListBullet"/>
      </w:pPr>
      <w:r>
        <w:t>[Название учебного заведения], [город], специальность «[специальность]», квалификация «[квалификация]», [год окончания].</w:t>
      </w:r>
    </w:p>
    <w:p>
      <w:pPr>
        <w:pStyle w:val="ListBullet"/>
      </w:pPr>
      <w:r>
        <w:t>Диплом о профессиональной переподготовке по программе «[название программы]», [Название учебного центра], [год выдачи].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Планирование маршрутов и оптимизация транспортных расходов.</w:t>
      </w:r>
    </w:p>
    <w:p>
      <w:pPr>
        <w:pStyle w:val="ListBullet"/>
      </w:pPr>
      <w:r>
        <w:t>Работа с транспортными накладными и товаросопроводительной документацией.</w:t>
      </w:r>
    </w:p>
    <w:p>
      <w:pPr>
        <w:pStyle w:val="ListBullet"/>
      </w:pPr>
      <w:r>
        <w:t>Ведение переговоров с перевозчиками и экспедиторами.</w:t>
      </w:r>
    </w:p>
    <w:p>
      <w:pPr>
        <w:pStyle w:val="ListBullet"/>
      </w:pPr>
      <w:r>
        <w:t>Уверенное владение 1С:ТМС, Excel, [название программы].</w:t>
      </w:r>
    </w:p>
    <w:p>
      <w:pPr>
        <w:pStyle w:val="ListBullet"/>
      </w:pPr>
      <w:r>
        <w:t>Знание основ таможенного оформления и страхования грузов.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Аналитическое мышление: умею сопоставлять данные и находить причины отклонений в сроках доставки.</w:t>
      </w:r>
    </w:p>
    <w:p>
      <w:pPr>
        <w:pStyle w:val="ListBullet"/>
      </w:pPr>
      <w:r>
        <w:t>Ответственность: соблюдаю дедлайны и контролирую исполнение обязательств перевозчиками.</w:t>
      </w:r>
    </w:p>
    <w:p>
      <w:pPr>
        <w:pStyle w:val="ListBullet"/>
      </w:pPr>
      <w:r>
        <w:t>Коммуникабельность: эффективно взаимодействую с водителями, складом и клиентами.</w:t>
      </w:r>
    </w:p>
    <w:p>
      <w:pPr>
        <w:pStyle w:val="ListBullet"/>
      </w:pPr>
      <w:r>
        <w:t>Стрессоустойчивость: сохраняю работоспособность при срочных изменениях маршрутов.</w:t>
      </w:r>
    </w:p>
    <w:p>
      <w:pPr>
        <w:pStyle w:val="Heading2"/>
      </w:pPr>
      <w:r>
        <w:t>Дополнительная информация</w:t>
      </w:r>
    </w:p>
    <w:p>
      <w:pPr>
        <w:pStyle w:val="ListBullet"/>
      </w:pPr>
      <w:r>
        <w:t>Водительское удостоверение категории [категория].</w:t>
      </w:r>
    </w:p>
    <w:p>
      <w:pPr>
        <w:pStyle w:val="ListBullet"/>
      </w:pPr>
      <w:r>
        <w:t>Английский язык: [уровень].</w:t>
      </w:r>
    </w:p>
    <w:p>
      <w:pPr>
        <w:pStyle w:val="ListBullet"/>
      </w:pPr>
      <w:r>
        <w:t>Готовность к ненормированному рабочему дню.</w:t>
      </w:r>
    </w:p>
    <w:p>
      <w:pPr>
        <w:pStyle w:val="ListBullet"/>
      </w:pPr>
      <w:r>
        <w:t>Рекомендации предоставляются по запросу.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