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кондитера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кондитер</w:t>
      </w:r>
    </w:p>
    <w:p>
      <w:r>
        <w:t>Фамилия Имя Отчество: [Фамилия Имя Отчество]</w:t>
      </w:r>
    </w:p>
    <w:p>
      <w:r>
        <w:t>Телефон: [телефон]</w:t>
      </w:r>
    </w:p>
    <w:p>
      <w:r>
        <w:t>Email: [email]</w:t>
      </w:r>
    </w:p>
    <w:p>
      <w:r>
        <w:t>Город: [город]</w:t>
      </w:r>
    </w:p>
    <w:p>
      <w:pPr>
        <w:pStyle w:val="Heading2"/>
      </w:pPr>
      <w:r>
        <w:t>Кратко о себе</w:t>
      </w:r>
    </w:p>
    <w:p>
      <w:r>
        <w:t>Кондитер с опытом работы более 5 лет. Специализируюсь на приготовлении тортов, пирожных, печенья и десертов. Владею современными технологиями и рецептурами, умею работать с различным оборудованием. Ответственно подхожу к качеству продукции и соблюдению санитарных норм.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Кондитер, [Название организации], [город]</w:t>
      </w:r>
    </w:p>
    <w:p>
      <w:r>
        <w:t>Период работы: с [дата] по [дата]</w:t>
      </w:r>
    </w:p>
    <w:p>
      <w:r>
        <w:t>Обязанности:</w:t>
      </w:r>
    </w:p>
    <w:p>
      <w:pPr>
        <w:pStyle w:val="ListBullet"/>
      </w:pPr>
      <w:r>
        <w:t>Приготовление широкого ассортимента кондитерских изделий (торты, пирожные, печенье, десерты).</w:t>
      </w:r>
    </w:p>
    <w:p>
      <w:pPr>
        <w:pStyle w:val="ListBullet"/>
      </w:pPr>
      <w:r>
        <w:t>Оформление и декорирование готовых изделий.</w:t>
      </w:r>
    </w:p>
    <w:p>
      <w:pPr>
        <w:pStyle w:val="ListBullet"/>
      </w:pPr>
      <w:r>
        <w:t>Контроль качества сырья и готовой продукции.</w:t>
      </w:r>
    </w:p>
    <w:p>
      <w:pPr>
        <w:pStyle w:val="ListBullet"/>
      </w:pPr>
      <w:r>
        <w:t>Соблюдение санитарных норм и правил безопасности.</w:t>
      </w:r>
    </w:p>
    <w:p>
      <w:pPr>
        <w:pStyle w:val="ListBullet"/>
      </w:pPr>
      <w:r>
        <w:t>Ведение документации по производству.</w:t>
      </w:r>
    </w:p>
    <w:p>
      <w:r>
        <w:t>Результаты:</w:t>
      </w:r>
    </w:p>
    <w:p>
      <w:pPr>
        <w:pStyle w:val="ListBullet"/>
      </w:pPr>
      <w:r>
        <w:t>Увеличил ассортимент выпускаемой продукции на 20% за счет внедрения новых рецептур.</w:t>
      </w:r>
    </w:p>
    <w:p>
      <w:pPr>
        <w:pStyle w:val="ListBullet"/>
      </w:pPr>
      <w:r>
        <w:t>Снизил количество брака на 15% благодаря строгому контролю качества.</w:t>
      </w:r>
    </w:p>
    <w:p>
      <w:pPr>
        <w:pStyle w:val="ListBullet"/>
      </w:pPr>
      <w:r>
        <w:t>Получил благодарность от руководства за высокое качество продукции.</w:t>
      </w:r>
    </w:p>
    <w:p>
      <w:pPr>
        <w:pStyle w:val="Heading3"/>
      </w:pPr>
      <w:r>
        <w:t>Помощник кондитера, [Название организации], [город]</w:t>
      </w:r>
    </w:p>
    <w:p>
      <w:r>
        <w:t>Период работы: с [дата] по [дата]</w:t>
      </w:r>
    </w:p>
    <w:p>
      <w:r>
        <w:t>Обязанности:</w:t>
      </w:r>
    </w:p>
    <w:p>
      <w:pPr>
        <w:pStyle w:val="ListBullet"/>
      </w:pPr>
      <w:r>
        <w:t>Подготовка ингредиентов и рабочего места.</w:t>
      </w:r>
    </w:p>
    <w:p>
      <w:pPr>
        <w:pStyle w:val="ListBullet"/>
      </w:pPr>
      <w:r>
        <w:t>Помощь в приготовлении кондитерских изделий.</w:t>
      </w:r>
    </w:p>
    <w:p>
      <w:pPr>
        <w:pStyle w:val="ListBullet"/>
      </w:pPr>
      <w:r>
        <w:t>Упаковка и маркировка готовой продукции.</w:t>
      </w:r>
    </w:p>
    <w:p>
      <w:pPr>
        <w:pStyle w:val="ListBullet"/>
      </w:pPr>
      <w:r>
        <w:t>Уборка рабочего места после смены.</w:t>
      </w:r>
    </w:p>
    <w:p>
      <w:r>
        <w:t>Результаты:</w:t>
      </w:r>
    </w:p>
    <w:p>
      <w:pPr>
        <w:pStyle w:val="ListBullet"/>
      </w:pPr>
      <w:r>
        <w:t>Освоил основные технологии приготовления кондитерских изделий.</w:t>
      </w:r>
    </w:p>
    <w:p>
      <w:pPr>
        <w:pStyle w:val="ListBullet"/>
      </w:pPr>
      <w:r>
        <w:t>Получил опыт работы в команде и научился работать в условиях высокой нагрузки.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</w:t>
      </w:r>
    </w:p>
    <w:p>
      <w:r>
        <w:t>Квалификация: кондитер</w:t>
      </w:r>
    </w:p>
    <w:p>
      <w:r>
        <w:t>Год окончания: [год]</w:t>
      </w:r>
    </w:p>
    <w:p>
      <w:r>
        <w:t>Свидетельство о профессии рабочего, должности служащего: [Название учебного центра], [год]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Приготовление различных видов теста (бисквитное, песочное, слоеное, заварное).</w:t>
      </w:r>
    </w:p>
    <w:p>
      <w:pPr>
        <w:pStyle w:val="ListBullet"/>
      </w:pPr>
      <w:r>
        <w:t>Работа с кондитерским оборудованием (миксеры, печи, тестомесы).</w:t>
      </w:r>
    </w:p>
    <w:p>
      <w:pPr>
        <w:pStyle w:val="ListBullet"/>
      </w:pPr>
      <w:r>
        <w:t>Декорирование изделий (крем, мастика, шоколад, глазурь).</w:t>
      </w:r>
    </w:p>
    <w:p>
      <w:pPr>
        <w:pStyle w:val="ListBullet"/>
      </w:pPr>
      <w:r>
        <w:t>Знание санитарных норм и правил безопасности.</w:t>
      </w:r>
    </w:p>
    <w:p>
      <w:pPr>
        <w:pStyle w:val="ListBullet"/>
      </w:pPr>
      <w:r>
        <w:t>Умение работать в команде и самостоятельно.</w:t>
      </w:r>
    </w:p>
    <w:p>
      <w:pPr>
        <w:pStyle w:val="ListBullet"/>
      </w:pPr>
      <w:r>
        <w:t>Внимательность к деталям и аккуратность.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Ответственность</w:t>
      </w:r>
    </w:p>
    <w:p>
      <w:pPr>
        <w:pStyle w:val="ListBullet"/>
      </w:pPr>
      <w:r>
        <w:t>Трудолюбие</w:t>
      </w:r>
    </w:p>
    <w:p>
      <w:pPr>
        <w:pStyle w:val="ListBullet"/>
      </w:pPr>
      <w:r>
        <w:t>Креативность</w:t>
      </w:r>
    </w:p>
    <w:p>
      <w:pPr>
        <w:pStyle w:val="ListBullet"/>
      </w:pPr>
      <w:r>
        <w:t>Стрессоустойчивость</w:t>
      </w:r>
    </w:p>
    <w:p>
      <w:pPr>
        <w:pStyle w:val="ListBullet"/>
      </w:pPr>
      <w:r>
        <w:t>Коммуникабельность</w:t>
      </w:r>
    </w:p>
    <w:p>
      <w:pPr>
        <w:pStyle w:val="Heading2"/>
      </w:pPr>
      <w:r>
        <w:t>Дополнительная информация</w:t>
      </w:r>
    </w:p>
    <w:p>
      <w:r>
        <w:t>Готовность к работе в выходные и праздничные дни. Наличие медицинской книжки. Рекомендации предоставляются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