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графического дизайнера</w:t>
      </w:r>
    </w:p>
    <w:p>
      <w:pPr>
        <w:pStyle w:val="Heading2"/>
      </w:pPr>
      <w:r>
        <w:t>Желаемая должность и контакты</w:t>
      </w:r>
    </w:p>
    <w:p>
      <w:r>
        <w:t>Графический дизайнер (Middle). [Фамилия Имя Отчество], телефон: [телефон], email: [email], портфолио: [ссылка на портфолио].</w:t>
      </w:r>
    </w:p>
    <w:p>
      <w:pPr>
        <w:pStyle w:val="Heading2"/>
      </w:pPr>
      <w:r>
        <w:t>Кратко о себе</w:t>
      </w:r>
    </w:p>
    <w:p>
      <w:r>
        <w:t>Графический дизайнер с опытом работы более 4 лет. Специализируюсь на разработке фирменного стиля, дизайне полиграфии и digital-графике. Умею вести проект от концепции до передачи файлов в печать, работаю в тесной связке с маркетингом и типографией. В портфолио более 30 реализованных проектов для малого и среднего бизнеса.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 1], [город], [дата] [дата]</w:t>
      </w:r>
    </w:p>
    <w:p>
      <w:r>
        <w:t>Должность: графический дизайнер.</w:t>
      </w:r>
    </w:p>
    <w:p>
      <w:pPr>
        <w:pStyle w:val="ListBullet"/>
      </w:pPr>
      <w:r>
        <w:t>Разрабатывал фирменные стили и брендбуки для клиентов из сферы услуг и ритейла: создал 12 логотипов и 8 полных брендбуков.</w:t>
      </w:r>
    </w:p>
    <w:p>
      <w:pPr>
        <w:pStyle w:val="ListBullet"/>
      </w:pPr>
      <w:r>
        <w:t>Готовил макеты полиграфической продукции (буклеты, каталоги, POS-материалы) к печати, согласовывал с типографией цветопробу.</w:t>
      </w:r>
    </w:p>
    <w:p>
      <w:pPr>
        <w:pStyle w:val="ListBullet"/>
      </w:pPr>
      <w:r>
        <w:t>Вёл дизайн-поддержку социальных сетей: ежемесячно выпускал до 40 графических постов и баннеров, что увеличило вовлечённость на 15%.</w:t>
      </w:r>
    </w:p>
    <w:p>
      <w:pPr>
        <w:pStyle w:val="ListBullet"/>
      </w:pPr>
      <w:r>
        <w:t>Участвовал в предпечатной подготовке файлов, проверял соответствие цветовых профилей и вылетов.</w:t>
      </w:r>
    </w:p>
    <w:p>
      <w:pPr>
        <w:pStyle w:val="Heading3"/>
      </w:pPr>
      <w:r>
        <w:t>[Название организации 2], [город], [дата] [дата]</w:t>
      </w:r>
    </w:p>
    <w:p>
      <w:r>
        <w:t>Должность: младший графический дизайнер.</w:t>
      </w:r>
    </w:p>
    <w:p>
      <w:pPr>
        <w:pStyle w:val="ListBullet"/>
      </w:pPr>
      <w:r>
        <w:t>Создавал графические элементы для сайта и рекламных кампаний: баннеры, иконки, иллюстрации.</w:t>
      </w:r>
    </w:p>
    <w:p>
      <w:pPr>
        <w:pStyle w:val="ListBullet"/>
      </w:pPr>
      <w:r>
        <w:t>Оформлял презентации и коммерческие предложения для отдела продаж, сократив время подготовки материалов на 20%.</w:t>
      </w:r>
    </w:p>
    <w:p>
      <w:pPr>
        <w:pStyle w:val="ListBullet"/>
      </w:pPr>
      <w:r>
        <w:t>Работал с готовыми брендбуками, адаптировал макеты под разные форматы и носители.</w:t>
      </w:r>
    </w:p>
    <w:p>
      <w:pPr>
        <w:pStyle w:val="ListBullet"/>
      </w:pPr>
      <w:r>
        <w:t>Взаимодействовал с копирайтерами и маркетологами для точного попадания в целевую аудиторию.</w:t>
      </w:r>
    </w:p>
    <w:p>
      <w:pPr>
        <w:pStyle w:val="Heading2"/>
      </w:pPr>
      <w:r>
        <w:t>Образование</w:t>
      </w:r>
    </w:p>
    <w:p>
      <w:r>
        <w:t>[Название учебного заведения], специальность «Графический дизайн», [год окончания].</w:t>
      </w:r>
    </w:p>
    <w:p>
      <w:r>
        <w:t>Удостоверение о повышении квалификации по программе «Современные технологии графического дизайна»,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Adobe Illustrator, Adobe Photoshop, Adobe InDesign, Figma.</w:t>
      </w:r>
    </w:p>
    <w:p>
      <w:pPr>
        <w:pStyle w:val="ListBullet"/>
      </w:pPr>
      <w:r>
        <w:t>Разработка фирменного стиля и логотипов, создание брендбуков.</w:t>
      </w:r>
    </w:p>
    <w:p>
      <w:pPr>
        <w:pStyle w:val="ListBullet"/>
      </w:pPr>
      <w:r>
        <w:t>Дизайн полиграфии: вёрстка, предпечатная подготовка, работа с цветом.</w:t>
      </w:r>
    </w:p>
    <w:p>
      <w:pPr>
        <w:pStyle w:val="ListBullet"/>
      </w:pPr>
      <w:r>
        <w:t>Digital-графика: баннеры, посты для соцсетей, адаптация под веб.</w:t>
      </w:r>
    </w:p>
    <w:p>
      <w:pPr>
        <w:pStyle w:val="ListBullet"/>
      </w:pPr>
      <w:r>
        <w:t>Базовые знания HTML/CSS для согласования макетов с версткой.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деталям: за время работы не допустил критических ошибок в макетах, уходящих в печать.</w:t>
      </w:r>
    </w:p>
    <w:p>
      <w:pPr>
        <w:pStyle w:val="ListBullet"/>
      </w:pPr>
      <w:r>
        <w:t>Умение работать в сжатые сроки: выполнял до 5 проектов параллельно без потери качества.</w:t>
      </w:r>
    </w:p>
    <w:p>
      <w:pPr>
        <w:pStyle w:val="ListBullet"/>
      </w:pPr>
      <w:r>
        <w:t>Инициативность: предлагал идеи по улучшению визуальной коммуникации, две из них внедрены в постоянные кампании.</w:t>
      </w:r>
    </w:p>
    <w:p>
      <w:pPr>
        <w:pStyle w:val="ListBullet"/>
      </w:pPr>
      <w:r>
        <w:t>Командная работа: эффективно взаимодействую с маркетологами, копирайтерами и типографией.</w:t>
      </w:r>
    </w:p>
    <w:p>
      <w:pPr>
        <w:pStyle w:val="Heading2"/>
      </w:pPr>
      <w:r>
        <w:t>Дополнительная информация</w:t>
      </w:r>
    </w:p>
    <w:p>
      <w:r>
        <w:t>Портфолио доступно по запросу или по ссылке [ссылка на портфолио]. Готов выполнить тестовое задание. Рассматриваю предложения о работе в офисе и удалённо.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