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геодезиста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геодезист. Фамилия Имя Отчество: [Фамилия Имя Отчество]. Телефон: [телефон]. Электронная почта: [email]. Город проживания: [город]. Готовность к командировкам: да.</w:t>
      </w:r>
    </w:p>
    <w:p>
      <w:pPr>
        <w:pStyle w:val="Heading2"/>
      </w:pPr>
      <w:r>
        <w:t>Кратко о себе</w:t>
      </w:r>
    </w:p>
    <w:p>
      <w:r>
        <w:t>Геодезист с опытом полевых и камеральных работ более [число] лет. Выполняю построение планово-высотных съёмочных сетей, топографические съёмки, вынос проектных точек в натуру, исполнительные съёмки и обработку данных в специализированном программном обеспечении. Ответственно отношусь к точности измерений и соблюдению сроков.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[Период работы, например: март 2020 настоящее время]</w:t>
      </w:r>
    </w:p>
    <w:p>
      <w:r>
        <w:t>Организация: [Название организации]. Должность: геодезист.</w:t>
      </w:r>
    </w:p>
    <w:p>
      <w:pPr>
        <w:pStyle w:val="ListBullet"/>
      </w:pPr>
      <w:r>
        <w:t>Выполнение топографических съёмок масштаба 1:500 и 1:2000 на объектах [тип объектов].</w:t>
      </w:r>
    </w:p>
    <w:p>
      <w:pPr>
        <w:pStyle w:val="ListBullet"/>
      </w:pPr>
      <w:r>
        <w:t>Вынос в натуру осей зданий и сооружений, контроль геометрических параметров конструкций.</w:t>
      </w:r>
    </w:p>
    <w:p>
      <w:pPr>
        <w:pStyle w:val="ListBullet"/>
      </w:pPr>
      <w:r>
        <w:t>Обработка полевых измерений в программах [названия программ], подготовка исполнительных схем и отчётов.</w:t>
      </w:r>
    </w:p>
    <w:p>
      <w:pPr>
        <w:pStyle w:val="ListBullet"/>
      </w:pPr>
      <w:r>
        <w:t>Результат: сдано более [число] исполнительных съёмок без замечаний со стороны заказчика; сокращено время камеральной обработки за счёт автоматизации процессов.</w:t>
      </w:r>
    </w:p>
    <w:p>
      <w:pPr>
        <w:pStyle w:val="Heading3"/>
      </w:pPr>
      <w:r>
        <w:t>[Период работы, например: июнь 2017 февраль 2020]</w:t>
      </w:r>
    </w:p>
    <w:p>
      <w:r>
        <w:t>Организация: [Название организации]. Должность: помощник геодезиста.</w:t>
      </w:r>
    </w:p>
    <w:p>
      <w:pPr>
        <w:pStyle w:val="ListBullet"/>
      </w:pPr>
      <w:r>
        <w:t>Участие в построении планово-высотного обоснования и съёмке ситуации и рельефа.</w:t>
      </w:r>
    </w:p>
    <w:p>
      <w:pPr>
        <w:pStyle w:val="ListBullet"/>
      </w:pPr>
      <w:r>
        <w:t>Работа с тахеометром и нивелиром, ведение полевых журналов.</w:t>
      </w:r>
    </w:p>
    <w:p>
      <w:pPr>
        <w:pStyle w:val="ListBullet"/>
      </w:pPr>
      <w:r>
        <w:t>Подготовка данных для выноса проектных точек, оформление чертежей и схем.</w:t>
      </w:r>
    </w:p>
    <w:p>
      <w:pPr>
        <w:pStyle w:val="ListBullet"/>
      </w:pPr>
      <w:r>
        <w:t>Результат: освоены методики полевых измерений и обработки данных, обеспечена бесперебойная работа бригады на объектах [тип объектов].</w:t>
      </w:r>
    </w:p>
    <w:p>
      <w:pPr>
        <w:pStyle w:val="Heading2"/>
      </w:pPr>
      <w:r>
        <w:t>Образование</w:t>
      </w:r>
    </w:p>
    <w:p>
      <w:r>
        <w:t>[Название учебного заведения], специальность «Прикладная геодезия», квалификация: техник-геодезист, год окончания: [год].</w:t>
      </w:r>
    </w:p>
    <w:p>
      <w:r>
        <w:t>Диплом о профессиональной переподготовке по программе «Современные технологии геодезических работ», выдан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Владение электронным тахеометром, нивелиром, GNSS-приёмником.</w:t>
      </w:r>
    </w:p>
    <w:p>
      <w:pPr>
        <w:pStyle w:val="ListBullet"/>
      </w:pPr>
      <w:r>
        <w:t>Работа в программах [названия программ] для обработки геодезических измерений и оформления документации.</w:t>
      </w:r>
    </w:p>
    <w:p>
      <w:pPr>
        <w:pStyle w:val="ListBullet"/>
      </w:pPr>
      <w:r>
        <w:t>Знание нормативных требований к геодезической и исполнительной документации.</w:t>
      </w:r>
    </w:p>
    <w:p>
      <w:pPr>
        <w:pStyle w:val="ListBullet"/>
      </w:pPr>
      <w:r>
        <w:t>Навыки построения планово-высотных сетей и выноса проектных точек.</w:t>
      </w:r>
    </w:p>
    <w:p>
      <w:pPr>
        <w:pStyle w:val="ListBullet"/>
      </w:pPr>
      <w:r>
        <w:t>Ведение полевой и камеральной документации, составление отчётов.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 и точность в измерениях.</w:t>
      </w:r>
    </w:p>
    <w:p>
      <w:pPr>
        <w:pStyle w:val="ListBullet"/>
      </w:pPr>
      <w:r>
        <w:t>Дисциплинированность и ответственность.</w:t>
      </w:r>
    </w:p>
    <w:p>
      <w:pPr>
        <w:pStyle w:val="ListBullet"/>
      </w:pPr>
      <w:r>
        <w:t>Способность работать в полевых условиях и в команде.</w:t>
      </w:r>
    </w:p>
    <w:p>
      <w:pPr>
        <w:pStyle w:val="ListBullet"/>
      </w:pPr>
      <w:r>
        <w:t>Готовность к разъездному характеру работы.</w:t>
      </w:r>
    </w:p>
    <w:p>
      <w:pPr>
        <w:pStyle w:val="Heading2"/>
      </w:pPr>
      <w:r>
        <w:t>Дополнительная информация</w:t>
      </w:r>
    </w:p>
    <w:p>
      <w:r>
        <w:t>Водительские права категории [категория]. Наличие личного автомобиля: [да/нет]. Готовность к ненормированному рабочему дню в период полевых работ.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