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фотографа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фотограф (предметная и портретная съёмка).</w:t>
      </w:r>
    </w:p>
    <w:p>
      <w:pPr>
        <w:pStyle w:val="ListBullet"/>
      </w:pPr>
      <w:r>
        <w:t>Фамилия, имя,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Электронная почта: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Портфолио: [ссылка на портфолио]</w:t>
      </w:r>
    </w:p>
    <w:p>
      <w:pPr>
        <w:pStyle w:val="Heading2"/>
      </w:pPr>
      <w:r>
        <w:t>Кратко о себе</w:t>
      </w:r>
    </w:p>
    <w:p>
      <w:r>
        <w:t>Фотограф с опытом работы более [число] лет. Специализируюсь на предметной и портретной съёмке для коммерческих клиентов и частных заказчиков. Владею современным оборудованием и программами обработки. Ответственно подхожу к срокам, умею работать с большим объёмом материала. Ищу постоянное место работы или долгосрочные проекты.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фотограф. Период: [дата] [дата].</w:t>
      </w:r>
    </w:p>
    <w:p>
      <w:pPr>
        <w:pStyle w:val="ListBullet"/>
      </w:pPr>
      <w:r>
        <w:t>Проведение предметных съёмок для интернет-магазина: в среднем [число] моделей в день.</w:t>
      </w:r>
    </w:p>
    <w:p>
      <w:pPr>
        <w:pStyle w:val="ListBullet"/>
      </w:pPr>
      <w:r>
        <w:t>Съёмка портретов сотрудников для корпоративного сайта и деловых изданий.</w:t>
      </w:r>
    </w:p>
    <w:p>
      <w:pPr>
        <w:pStyle w:val="ListBullet"/>
      </w:pPr>
      <w:r>
        <w:t>Обработка и ретушь изображений в Adobe Photoshop и Lightroom.</w:t>
      </w:r>
    </w:p>
    <w:p>
      <w:pPr>
        <w:pStyle w:val="ListBullet"/>
      </w:pPr>
      <w:r>
        <w:t>Ведение съёмочного графика и согласование сроков с заказчиками.</w:t>
      </w:r>
    </w:p>
    <w:p>
      <w:pPr>
        <w:pStyle w:val="ListBullet"/>
      </w:pPr>
      <w:r>
        <w:t>Результат: сократил время обработки одного заказа на [число]% за счёт внедрения шаблонов ретуши.</w:t>
      </w:r>
    </w:p>
    <w:p>
      <w:pPr>
        <w:pStyle w:val="Heading3"/>
      </w:pPr>
      <w:r>
        <w:t>[Название организации], [город]</w:t>
      </w:r>
    </w:p>
    <w:p>
      <w:r>
        <w:t>Должность: ассистент фотографа. Период: [дата] [дата].</w:t>
      </w:r>
    </w:p>
    <w:p>
      <w:pPr>
        <w:pStyle w:val="ListBullet"/>
      </w:pPr>
      <w:r>
        <w:t>Подготовка студии и оборудования к съёмкам, установка света и фона.</w:t>
      </w:r>
    </w:p>
    <w:p>
      <w:pPr>
        <w:pStyle w:val="ListBullet"/>
      </w:pPr>
      <w:r>
        <w:t>Помощь в проведении репортажных и свадебных съёмок.</w:t>
      </w:r>
    </w:p>
    <w:p>
      <w:pPr>
        <w:pStyle w:val="ListBullet"/>
      </w:pPr>
      <w:r>
        <w:t>Первичный отбор и цветокоррекция отснятого материала.</w:t>
      </w:r>
    </w:p>
    <w:p>
      <w:pPr>
        <w:pStyle w:val="ListBullet"/>
      </w:pPr>
      <w:r>
        <w:t>Результат: обработал и передал заказчикам более [число] отснятых кадров без нарушения сроков.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[город]. Специальность: [название специальности]. Год окончания: [год].</w:t>
      </w:r>
    </w:p>
    <w:p>
      <w:r>
        <w:t>Свидетельство о профессии рабочего, должности служащего по профессии «фотограф». Выдано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Предметная и портретная съёмка, работа с постоянным и импульсным светом.</w:t>
      </w:r>
    </w:p>
    <w:p>
      <w:pPr>
        <w:pStyle w:val="ListBullet"/>
      </w:pPr>
      <w:r>
        <w:t>Владение камерами Canon и Nikon, объективами разных фокусных расстояний.</w:t>
      </w:r>
    </w:p>
    <w:p>
      <w:pPr>
        <w:pStyle w:val="ListBullet"/>
      </w:pPr>
      <w:r>
        <w:t>Обработка фото в Adobe Photoshop, Lightroom, Capture One.</w:t>
      </w:r>
    </w:p>
    <w:p>
      <w:pPr>
        <w:pStyle w:val="ListBullet"/>
      </w:pPr>
      <w:r>
        <w:t>Навыки цветокоррекции и ретуши на профессиональном уровне.</w:t>
      </w:r>
    </w:p>
    <w:p>
      <w:pPr>
        <w:pStyle w:val="ListBullet"/>
      </w:pPr>
      <w:r>
        <w:t>Организация съёмочного процесса и работа с клиентами.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 и аккуратность в работе.</w:t>
      </w:r>
    </w:p>
    <w:p>
      <w:pPr>
        <w:pStyle w:val="ListBullet"/>
      </w:pPr>
      <w:r>
        <w:t>Умение работать в сжатые сроки без потери качества.</w:t>
      </w:r>
    </w:p>
    <w:p>
      <w:pPr>
        <w:pStyle w:val="ListBullet"/>
      </w:pPr>
      <w:r>
        <w:t>Коммуникабельность и доброжелательность при общении с заказчиками.</w:t>
      </w:r>
    </w:p>
    <w:p>
      <w:pPr>
        <w:pStyle w:val="ListBullet"/>
      </w:pPr>
      <w:r>
        <w:t>Творческое мышление и готовность предлагать идеи.</w:t>
      </w:r>
    </w:p>
    <w:p>
      <w:pPr>
        <w:pStyle w:val="ListBullet"/>
      </w:pPr>
      <w:r>
        <w:t>Ответственность за сохранность оборудования и материалов.</w:t>
      </w:r>
    </w:p>
    <w:p>
      <w:pPr>
        <w:pStyle w:val="Heading2"/>
      </w:pPr>
      <w:r>
        <w:t>Дополнительная информация</w:t>
      </w:r>
    </w:p>
    <w:p>
      <w:r>
        <w:t>Готов к командировкам и работе в выходные дни по предварительному согласованию. Имею личный автомобиль для выездов на съёмки. Портфолио предоставляю по запросу. Рассмотрю предложения о постоянной работе или проектной занятости.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