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флориста</w:t>
      </w:r>
    </w:p>
    <w:p>
      <w:pPr>
        <w:pStyle w:val="Heading2"/>
      </w:pPr>
      <w:r>
        <w:t>Желаемая должность и контакты</w:t>
      </w:r>
    </w:p>
    <w:p>
      <w:r>
        <w:t>Желаемая должность: флорист. Контакты: [Фамилия Имя Отчество], телефон: [телефон], email: [email], город: [город].</w:t>
      </w:r>
    </w:p>
    <w:p>
      <w:pPr>
        <w:pStyle w:val="Heading2"/>
      </w:pPr>
      <w:r>
        <w:t>Кратко о себе</w:t>
      </w:r>
    </w:p>
    <w:p>
      <w:r>
        <w:t>Флорист с опытом работы более 3 лет. Специализируюсь на составлении букетов из свежесрезанных цветов, оформлении подарков и композиций для мероприятий. Владею современными техниками флористики, умею работать с разными материалами и инструментами. Ответственно подхожу к подбору растений и уходу за ними.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[Название организации 1], [город]</w:t>
      </w:r>
    </w:p>
    <w:p>
      <w:r>
        <w:t>Должность: флорист. Период: [дата] [дата].</w:t>
      </w:r>
    </w:p>
    <w:p>
      <w:pPr>
        <w:pStyle w:val="ListBullet"/>
      </w:pPr>
      <w:r>
        <w:t>Составление букетов и композиций по индивидуальным заказам клиентов.</w:t>
      </w:r>
    </w:p>
    <w:p>
      <w:pPr>
        <w:pStyle w:val="ListBullet"/>
      </w:pPr>
      <w:r>
        <w:t>Подбор цветов и декоративных элементов с учетом пожеланий и бюджета.</w:t>
      </w:r>
    </w:p>
    <w:p>
      <w:pPr>
        <w:pStyle w:val="ListBullet"/>
      </w:pPr>
      <w:r>
        <w:t>Оформление витрины и выставочных образцов.</w:t>
      </w:r>
    </w:p>
    <w:p>
      <w:pPr>
        <w:pStyle w:val="ListBullet"/>
      </w:pPr>
      <w:r>
        <w:t>Консультирование клиентов по уходу за растениями.</w:t>
      </w:r>
    </w:p>
    <w:p>
      <w:pPr>
        <w:pStyle w:val="ListBullet"/>
      </w:pPr>
      <w:r>
        <w:t>Результат: увеличил продажи букетов на 15% за счет внедрения новых техник сборки.</w:t>
      </w:r>
    </w:p>
    <w:p>
      <w:pPr>
        <w:pStyle w:val="Heading3"/>
      </w:pPr>
      <w:r>
        <w:t>[Название организации 2], [город]</w:t>
      </w:r>
    </w:p>
    <w:p>
      <w:r>
        <w:t>Должность: помощник флориста. Период: [дата] [дата].</w:t>
      </w:r>
    </w:p>
    <w:p>
      <w:pPr>
        <w:pStyle w:val="ListBullet"/>
      </w:pPr>
      <w:r>
        <w:t>Подготовка цветов к работе: обработка стеблей, удаление лишних листьев.</w:t>
      </w:r>
    </w:p>
    <w:p>
      <w:pPr>
        <w:pStyle w:val="ListBullet"/>
      </w:pPr>
      <w:r>
        <w:t>Сборка простых букетов и оформление упаковки.</w:t>
      </w:r>
    </w:p>
    <w:p>
      <w:pPr>
        <w:pStyle w:val="ListBullet"/>
      </w:pPr>
      <w:r>
        <w:t>Поддержание порядка на рабочем месте и в холодильных камерах.</w:t>
      </w:r>
    </w:p>
    <w:p>
      <w:pPr>
        <w:pStyle w:val="ListBullet"/>
      </w:pPr>
      <w:r>
        <w:t>Выполнение поручений флориста по закупке и учету материалов.</w:t>
      </w:r>
    </w:p>
    <w:p>
      <w:pPr>
        <w:pStyle w:val="ListBullet"/>
      </w:pPr>
      <w:r>
        <w:t>Результат: оптимизировал процесс подготовки цветов, сократив время сборки на 10%.</w:t>
      </w:r>
    </w:p>
    <w:p>
      <w:pPr>
        <w:pStyle w:val="Heading2"/>
      </w:pPr>
      <w:r>
        <w:t>Образование</w:t>
      </w:r>
    </w:p>
    <w:p>
      <w:r>
        <w:t>[Название учебного центра], [город]. Свидетельство о профессии рабочего, должности служащего по профессии «флорист», [дата].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Техники сборки букетов: спиральная, параллельная, каркасная.</w:t>
      </w:r>
    </w:p>
    <w:p>
      <w:pPr>
        <w:pStyle w:val="ListBullet"/>
      </w:pPr>
      <w:r>
        <w:t>Знание ассортимента цветов и растений, условий их хранения.</w:t>
      </w:r>
    </w:p>
    <w:p>
      <w:pPr>
        <w:pStyle w:val="ListBullet"/>
      </w:pPr>
      <w:r>
        <w:t>Работа с флористическими инструментами и материалами (секатор, флористическая губка, упаковка).</w:t>
      </w:r>
    </w:p>
    <w:p>
      <w:pPr>
        <w:pStyle w:val="ListBullet"/>
      </w:pPr>
      <w:r>
        <w:t>Составление композиций для свадеб и мероприятий.</w:t>
      </w:r>
    </w:p>
    <w:p>
      <w:pPr>
        <w:pStyle w:val="ListBullet"/>
      </w:pPr>
      <w:r>
        <w:t>Базовые навыки оформления витрин и фотографирования работ.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Креативность и чувство стиля.</w:t>
      </w:r>
    </w:p>
    <w:p>
      <w:pPr>
        <w:pStyle w:val="ListBullet"/>
      </w:pPr>
      <w:r>
        <w:t>Аккуратность и внимание к деталям.</w:t>
      </w:r>
    </w:p>
    <w:p>
      <w:pPr>
        <w:pStyle w:val="ListBullet"/>
      </w:pPr>
      <w:r>
        <w:t>Стрессоустойчивость при работе с большим потоком клиентов.</w:t>
      </w:r>
    </w:p>
    <w:p>
      <w:pPr>
        <w:pStyle w:val="ListBullet"/>
      </w:pPr>
      <w:r>
        <w:t>Коммуникабельность и умение вести диалог.</w:t>
      </w:r>
    </w:p>
    <w:p>
      <w:pPr>
        <w:pStyle w:val="ListBullet"/>
      </w:pPr>
      <w:r>
        <w:t>Быстрая обучаемость новым техникам.</w:t>
      </w:r>
    </w:p>
    <w:p>
      <w:pPr>
        <w:pStyle w:val="Heading2"/>
      </w:pPr>
      <w:r>
        <w:t>Дополнительная информация</w:t>
      </w:r>
    </w:p>
    <w:p>
      <w:r>
        <w:t>Готова к работе в выходные и праздничные дни. Имею портфолио с фотографиями выполненных работ. Водительские права категории B.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