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фитнес-тренера</w:t>
      </w:r>
    </w:p>
    <w:p>
      <w:pPr>
        <w:pStyle w:val="Heading2"/>
      </w:pPr>
      <w:r>
        <w:t>Желаемая должность и контакты</w:t>
      </w:r>
    </w:p>
    <w:p>
      <w:r>
        <w:t>Желаемая должность: фитнес-тренер (персональные тренировки, групповые программы).</w:t>
      </w:r>
    </w:p>
    <w:p>
      <w:r>
        <w:t>Фамилия Имя Отчество: [Фамилия Имя Отчество]</w:t>
        <w:br/>
        <w:t>Город: [город]</w:t>
        <w:br/>
        <w:t>Телефон: [телефон]</w:t>
        <w:br/>
        <w:t>Email: [email]</w:t>
      </w:r>
    </w:p>
    <w:p>
      <w:pPr>
        <w:pStyle w:val="Heading2"/>
      </w:pPr>
      <w:r>
        <w:t>Кратко о себе</w:t>
      </w:r>
    </w:p>
    <w:p>
      <w:r>
        <w:t>Сертифицированный фитнес-тренер с опытом работы более [число] лет. Специализируюсь на силовых тренировках, функциональном тренинге и снижении веса. Провожу индивидуальные и групповые занятия, составляю программы питания и тренировок с учётом целей и состояния здоровья клиентов. Имею опыт работы с клиентами разного уровня подготовки, включая восстановление после травм.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[Название фитнес-клуба], [город]</w:t>
      </w:r>
    </w:p>
    <w:p>
      <w:r>
        <w:t>Должность: фитнес-тренер</w:t>
        <w:br/>
        <w:t>Период работы: [месяц год] до [месяц год]</w:t>
      </w:r>
    </w:p>
    <w:p>
      <w:r>
        <w:t>Обязанности:</w:t>
      </w:r>
    </w:p>
    <w:p>
      <w:pPr>
        <w:pStyle w:val="ListBullet"/>
      </w:pPr>
      <w:r>
        <w:t>Проведение персональных тренировок по силовым и функциональным программам.</w:t>
      </w:r>
    </w:p>
    <w:p>
      <w:pPr>
        <w:pStyle w:val="ListBullet"/>
      </w:pPr>
      <w:r>
        <w:t>Составление индивидуальных планов тренировок и рекомендаций по питанию.</w:t>
      </w:r>
    </w:p>
    <w:p>
      <w:pPr>
        <w:pStyle w:val="ListBullet"/>
      </w:pPr>
      <w:r>
        <w:t>Контроль техники выполнения упражнений и профилактика травм.</w:t>
      </w:r>
    </w:p>
    <w:p>
      <w:pPr>
        <w:pStyle w:val="ListBullet"/>
      </w:pPr>
      <w:r>
        <w:t>Ведение учёта посещений и прогресса клиентов.</w:t>
      </w:r>
    </w:p>
    <w:p>
      <w:r>
        <w:t>Результаты: увеличил клиентскую базу на [число] человек за [период]; средний результат клиентов по снижению веса составил [число] кг за [число] месяцев.</w:t>
      </w:r>
    </w:p>
    <w:p>
      <w:pPr>
        <w:pStyle w:val="Heading3"/>
      </w:pPr>
      <w:r>
        <w:t>[Название фитнес-центра], [город]</w:t>
      </w:r>
    </w:p>
    <w:p>
      <w:r>
        <w:t>Должность: тренер групповых программ</w:t>
        <w:br/>
        <w:t>Период работы: [месяц год] до [месяц год]</w:t>
      </w:r>
    </w:p>
    <w:p>
      <w:r>
        <w:t>Обязанности:</w:t>
      </w:r>
    </w:p>
    <w:p>
      <w:pPr>
        <w:pStyle w:val="ListBullet"/>
      </w:pPr>
      <w:r>
        <w:t>Проведение групповых занятий по направлениям: [направление 1], [направление 2].</w:t>
      </w:r>
    </w:p>
    <w:p>
      <w:pPr>
        <w:pStyle w:val="ListBullet"/>
      </w:pPr>
      <w:r>
        <w:t>Адаптация программ под уровень участников и противопоказания.</w:t>
      </w:r>
    </w:p>
    <w:p>
      <w:pPr>
        <w:pStyle w:val="ListBullet"/>
      </w:pPr>
      <w:r>
        <w:t>Организация разминки и заминки, контроль самочувствия занимающихся.</w:t>
      </w:r>
    </w:p>
    <w:p>
      <w:pPr>
        <w:pStyle w:val="ListBullet"/>
      </w:pPr>
      <w:r>
        <w:t>Участие в разработке расписания и привлечении новых клиентов.</w:t>
      </w:r>
    </w:p>
    <w:p>
      <w:r>
        <w:t>Результаты: средняя посещаемость групп выросла на [число]% за [период]; подготовил [число] клиентов к участию в соревнованиях.</w:t>
      </w:r>
    </w:p>
    <w:p>
      <w:pPr>
        <w:pStyle w:val="Heading2"/>
      </w:pPr>
      <w:r>
        <w:t>Образование</w:t>
      </w:r>
    </w:p>
    <w:p>
      <w:r>
        <w:t>[Название учебного заведения], [город]. Специальность: [специальность]. Квалификация: [квалификация]. Год окончания: [год].</w:t>
      </w:r>
    </w:p>
    <w:p>
      <w:r>
        <w:t>Диплом о профессиональной переподготовке по программе «[Название программы]», выдан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Составление индивидуальных программ тренировок для разных целей.</w:t>
      </w:r>
    </w:p>
    <w:p>
      <w:pPr>
        <w:pStyle w:val="ListBullet"/>
      </w:pPr>
      <w:r>
        <w:t>Владение техникой силовых упражнений и функционального тренинга.</w:t>
      </w:r>
    </w:p>
    <w:p>
      <w:pPr>
        <w:pStyle w:val="ListBullet"/>
      </w:pPr>
      <w:r>
        <w:t>Проведение групповых занятий по [направление 1] и [направление 2].</w:t>
      </w:r>
    </w:p>
    <w:p>
      <w:pPr>
        <w:pStyle w:val="ListBullet"/>
      </w:pPr>
      <w:r>
        <w:t>Основы спортивной нутрициологии и составление рекомендаций по питанию.</w:t>
      </w:r>
    </w:p>
    <w:p>
      <w:pPr>
        <w:pStyle w:val="ListBullet"/>
      </w:pPr>
      <w:r>
        <w:t>Оказание первой помощи при травмах и неотложных состояниях.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Коммуникабельность и умение находить подход к разным клиентам.</w:t>
      </w:r>
    </w:p>
    <w:p>
      <w:pPr>
        <w:pStyle w:val="ListBullet"/>
      </w:pPr>
      <w:r>
        <w:t>Терпение и настойчивость в достижении целей подопечных.</w:t>
      </w:r>
    </w:p>
    <w:p>
      <w:pPr>
        <w:pStyle w:val="ListBullet"/>
      </w:pPr>
      <w:r>
        <w:t>Ответственность и пунктуальность.</w:t>
      </w:r>
    </w:p>
    <w:p>
      <w:pPr>
        <w:pStyle w:val="ListBullet"/>
      </w:pPr>
      <w:r>
        <w:t>Стрессоустойчивость при работе с большими группами.</w:t>
      </w:r>
    </w:p>
    <w:p>
      <w:pPr>
        <w:pStyle w:val="ListBullet"/>
      </w:pPr>
      <w:r>
        <w:t>Стремление к профессиональному развитию и обучению.</w:t>
      </w:r>
    </w:p>
    <w:p>
      <w:pPr>
        <w:pStyle w:val="Heading2"/>
      </w:pPr>
      <w:r>
        <w:t>Дополнительная информация</w:t>
      </w:r>
    </w:p>
    <w:p>
      <w:r>
        <w:t>Сертификаты: [Название сертификата], [Название сертификата].</w:t>
        <w:br/>
        <w:t>Готовность к работе по гибкому графику, включая выходные. Рассматриваю как полную, так и частичную занятость.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