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делопроизводителя</w:t>
      </w:r>
    </w:p>
    <w:p>
      <w:pPr>
        <w:pStyle w:val="Heading2"/>
      </w:pPr>
      <w:r>
        <w:t>Резюме делопроизводителя</w:t>
      </w:r>
    </w:p>
    <w:p>
      <w:pPr>
        <w:pStyle w:val="Heading3"/>
      </w:pPr>
      <w:r>
        <w:t>Желаемая должность и контакты</w:t>
      </w:r>
    </w:p>
    <w:p>
      <w:r>
        <w:t>Желаемая должность: делопроизводитель. Фамилия, имя, отчество: [Фамилия Имя Отчество]. Телефон: [телефон]. Электронная почта: [email]. Город: [город].</w:t>
      </w:r>
    </w:p>
    <w:p>
      <w:pPr>
        <w:pStyle w:val="Heading3"/>
      </w:pPr>
      <w:r>
        <w:t>Кратко о себе</w:t>
      </w:r>
    </w:p>
    <w:p>
      <w:r>
        <w:t>Делопроизводитель с опытом работы более 5 лет. Владею навыками ведения делопроизводства, работы с оргтехникой и офисными программами. Ответственно подхожу к выполнению задач, умею работать с большим объёмом документов и соблюдать установленные сроки.</w:t>
      </w:r>
    </w:p>
    <w:p>
      <w:pPr>
        <w:pStyle w:val="Heading3"/>
      </w:pPr>
      <w:r>
        <w:t>Опыт работы</w:t>
      </w:r>
    </w:p>
    <w:p>
      <w:r>
        <w:t>1. [Название организации], [город], должность «Делопроизводитель», с [дата] по [дата].</w:t>
      </w:r>
    </w:p>
    <w:p>
      <w:pPr>
        <w:pStyle w:val="ListBullet"/>
      </w:pPr>
      <w:r>
        <w:t>Осуществляла приём, регистрацию и распределение входящей и исходящей корреспонденции.</w:t>
      </w:r>
    </w:p>
    <w:p>
      <w:pPr>
        <w:pStyle w:val="ListBullet"/>
      </w:pPr>
      <w:r>
        <w:t>Вела учёт документов в электронной системе, обеспечивала их сохранность и своевременную передачу в структурные подразделения.</w:t>
      </w:r>
    </w:p>
    <w:p>
      <w:pPr>
        <w:pStyle w:val="ListBullet"/>
      </w:pPr>
      <w:r>
        <w:t>Организовывала архивное хранение документов, проводила экспертизу ценности и подготовку дел к сдаче в архив.</w:t>
      </w:r>
    </w:p>
    <w:p>
      <w:pPr>
        <w:pStyle w:val="ListBullet"/>
      </w:pPr>
      <w:r>
        <w:t>Результат: сократила время обработки входящих документов на 20 процентов за счёт внедрения электронного реестра.</w:t>
      </w:r>
    </w:p>
    <w:p>
      <w:r>
        <w:t>2. [Название организации], [город], должность «Секретарь-делопроизводитель», с [дата] по [дата].</w:t>
      </w:r>
    </w:p>
    <w:p>
      <w:pPr>
        <w:pStyle w:val="ListBullet"/>
      </w:pPr>
      <w:r>
        <w:t>Оформляла проекты приказов, распоряжений и служебных писем по указанию руководителя.</w:t>
      </w:r>
    </w:p>
    <w:p>
      <w:pPr>
        <w:pStyle w:val="ListBullet"/>
      </w:pPr>
      <w:r>
        <w:t>Контролировала исполнение поручений и сроки представления документов.</w:t>
      </w:r>
    </w:p>
    <w:p>
      <w:pPr>
        <w:pStyle w:val="ListBullet"/>
      </w:pPr>
      <w:r>
        <w:t>Обеспечивала копирование, сканирование и тиражирование документов.</w:t>
      </w:r>
    </w:p>
    <w:p>
      <w:pPr>
        <w:pStyle w:val="ListBullet"/>
      </w:pPr>
      <w:r>
        <w:t>Результат: систематизировала номенклатуру дел, что упростило поиск документов и ускорило подготовку справок.</w:t>
      </w:r>
    </w:p>
    <w:p>
      <w:pPr>
        <w:pStyle w:val="Heading3"/>
      </w:pPr>
      <w:r>
        <w:t>Образование</w:t>
      </w:r>
    </w:p>
    <w:p>
      <w:r>
        <w:t>[Название учебного заведения], специальность «Документационное обеспечение управления и архивоведение», квалификация «Специалист по документационному обеспечению управления, архивист», [год окончания].</w:t>
      </w:r>
    </w:p>
    <w:p>
      <w:r>
        <w:t>Свидетельство о профессии рабочего, должности служащего по профессии «Делопроизводитель», выдано [Название учебного центра], [дата].</w:t>
      </w:r>
    </w:p>
    <w:p>
      <w:pPr>
        <w:pStyle w:val="Heading3"/>
      </w:pPr>
      <w:r>
        <w:t>Профессиональные навыки</w:t>
      </w:r>
    </w:p>
    <w:p>
      <w:pPr>
        <w:pStyle w:val="ListBullet"/>
      </w:pPr>
      <w:r>
        <w:t>Ведение делопроизводства: регистрация, учёт, контроль исполнения документов.</w:t>
      </w:r>
    </w:p>
    <w:p>
      <w:pPr>
        <w:pStyle w:val="ListBullet"/>
      </w:pPr>
      <w:r>
        <w:t>Работа с офисной техникой: принтер, сканер, копир, факс.</w:t>
      </w:r>
    </w:p>
    <w:p>
      <w:pPr>
        <w:pStyle w:val="ListBullet"/>
      </w:pPr>
      <w:r>
        <w:t>Владение программами: MS Office (Word, Excel, Outlook), 1С:Документооборот, СЭД «Дело».</w:t>
      </w:r>
    </w:p>
    <w:p>
      <w:pPr>
        <w:pStyle w:val="ListBullet"/>
      </w:pPr>
      <w:r>
        <w:t>Организация архива: формирование дел, описи, акты.</w:t>
      </w:r>
    </w:p>
    <w:p>
      <w:pPr>
        <w:pStyle w:val="ListBullet"/>
      </w:pPr>
      <w:r>
        <w:t>Знание нормативных актов в области делопроизводства и архивного дела.</w:t>
      </w:r>
    </w:p>
    <w:p>
      <w:pPr>
        <w:pStyle w:val="Heading3"/>
      </w:pPr>
      <w:r>
        <w:t>Личные качества</w:t>
      </w:r>
    </w:p>
    <w:p>
      <w:pPr>
        <w:pStyle w:val="ListBullet"/>
      </w:pPr>
      <w:r>
        <w:t>Внимательность к деталям.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Умение работать с большим объёмом информации.</w:t>
      </w:r>
    </w:p>
    <w:p>
      <w:pPr>
        <w:pStyle w:val="ListBullet"/>
      </w:pPr>
      <w:r>
        <w:t>Коммуникабельность и вежливость.</w:t>
      </w:r>
    </w:p>
    <w:p>
      <w:pPr>
        <w:pStyle w:val="ListBullet"/>
      </w:pPr>
      <w:r>
        <w:t>Стрессоустойчивость.</w:t>
      </w:r>
    </w:p>
    <w:p>
      <w:pPr>
        <w:pStyle w:val="Heading3"/>
      </w:pPr>
      <w:r>
        <w:t>Дополнительная информация</w:t>
      </w:r>
    </w:p>
    <w:p>
      <w:r>
        <w:t>Готова к переработкам при необходимости. Имею водительские права категории B. Уровень владения английским языком: базовый. Рекомендации предоставлю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