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Резюме бухгалтера</w:t>
      </w:r>
    </w:p>
    <w:p>
      <w:pPr>
        <w:pStyle w:val="Heading2"/>
      </w:pPr>
      <w:r>
        <w:t>Желаемая должность и контакты</w:t>
      </w:r>
    </w:p>
    <w:p>
      <w:r>
        <w:t>Бухгалтер (участок расчётов с контрагентами). [Фамилия Имя Отчество], телефон: [телефон], email: [email], город: [город]. Готова к полной занятости, командировкам нет.</w:t>
      </w:r>
    </w:p>
    <w:p>
      <w:pPr>
        <w:pStyle w:val="Heading2"/>
      </w:pPr>
      <w:r>
        <w:t>Кратко о себе</w:t>
      </w:r>
    </w:p>
    <w:p>
      <w:r>
        <w:t>Бухгалтер с опытом ведения участка расчётов с поставщиками и подрядчиками, подготовки первичных документов и сдачи отчётности в налоговые органы. Владею 1С:Бухгалтерия 8.3, умею работать с большими объёмами документов и соблюдать сроки. Ищу позицию с возможностью углублённого изучения налогового учёта.</w:t>
      </w:r>
    </w:p>
    <w:p>
      <w:pPr>
        <w:pStyle w:val="Heading2"/>
      </w:pPr>
      <w:r>
        <w:t>Опыт работы</w:t>
      </w:r>
    </w:p>
    <w:p>
      <w:pPr>
        <w:pStyle w:val="Heading3"/>
      </w:pPr>
      <w:r>
        <w:t>[Название организации], [город]</w:t>
      </w:r>
    </w:p>
    <w:p>
      <w:r>
        <w:t>Бухгалтер, [дата] по [дата]</w:t>
      </w:r>
    </w:p>
    <w:p>
      <w:pPr>
        <w:pStyle w:val="ListBullet"/>
      </w:pPr>
      <w:r>
        <w:t>Ведение расчётов с поставщиками и подрядчиками: проверка и обработка счетов, актов, накладных (до 200 документов в месяц).</w:t>
      </w:r>
    </w:p>
    <w:p>
      <w:pPr>
        <w:pStyle w:val="ListBullet"/>
      </w:pPr>
      <w:r>
        <w:t>Формирование платёжных поручений и контроль дебиторской задолженности.</w:t>
      </w:r>
    </w:p>
    <w:p>
      <w:pPr>
        <w:pStyle w:val="ListBullet"/>
      </w:pPr>
      <w:r>
        <w:t>Подготовка первичной документации для бухгалтерской и налоговой отчётности.</w:t>
      </w:r>
    </w:p>
    <w:p>
      <w:pPr>
        <w:pStyle w:val="ListBullet"/>
      </w:pPr>
      <w:r>
        <w:t>Сверка расчётов с контрагентами и составление актов сверки.</w:t>
      </w:r>
    </w:p>
    <w:p>
      <w:pPr>
        <w:pStyle w:val="ListBullet"/>
      </w:pPr>
      <w:r>
        <w:t>Результат: сократила срок обработки входящих документов на 20%, своевременно закрывала период без штрафов.</w:t>
      </w:r>
    </w:p>
    <w:p>
      <w:pPr>
        <w:pStyle w:val="Heading3"/>
      </w:pPr>
      <w:r>
        <w:t>[Название организации], [город]</w:t>
      </w:r>
    </w:p>
    <w:p>
      <w:r>
        <w:t>Помощник бухгалтера, [дата] по [дата]</w:t>
      </w:r>
    </w:p>
    <w:p>
      <w:pPr>
        <w:pStyle w:val="ListBullet"/>
      </w:pPr>
      <w:r>
        <w:t>Обработка кассовых документов и авансовых отчётов.</w:t>
      </w:r>
    </w:p>
    <w:p>
      <w:pPr>
        <w:pStyle w:val="ListBullet"/>
      </w:pPr>
      <w:r>
        <w:t>Подготовка данных для расчёта заработной платы (табели, приказы).</w:t>
      </w:r>
    </w:p>
    <w:p>
      <w:pPr>
        <w:pStyle w:val="ListBullet"/>
      </w:pPr>
      <w:r>
        <w:t>Участие в инвентаризации и оформление её результатов.</w:t>
      </w:r>
    </w:p>
    <w:p>
      <w:pPr>
        <w:pStyle w:val="ListBullet"/>
      </w:pPr>
      <w:r>
        <w:t>Результат: освоила участок расчётов с подотчётными лицами, снизила количество ошибок в авансовых отчётах.</w:t>
      </w:r>
    </w:p>
    <w:p>
      <w:pPr>
        <w:pStyle w:val="Heading2"/>
      </w:pPr>
      <w:r>
        <w:t>Образование</w:t>
      </w:r>
    </w:p>
    <w:p>
      <w:r>
        <w:t>[Название учебного заведения], [город], [специальность], диплом, [год].</w:t>
      </w:r>
    </w:p>
    <w:p>
      <w:r>
        <w:t>Диплом о профессиональной переподготовке по программе «Бухгалтерский учёт и налогообложение», [Название учебного центра], [год].</w:t>
      </w:r>
    </w:p>
    <w:p>
      <w:pPr>
        <w:pStyle w:val="Heading2"/>
      </w:pPr>
      <w:r>
        <w:t>Профессиональные навыки</w:t>
      </w:r>
    </w:p>
    <w:p>
      <w:pPr>
        <w:pStyle w:val="ListBullet"/>
      </w:pPr>
      <w:r>
        <w:t>1С:Бухгалтерия 8.3, 1С:Зарплата и управление персоналом.</w:t>
      </w:r>
    </w:p>
    <w:p>
      <w:pPr>
        <w:pStyle w:val="ListBullet"/>
      </w:pPr>
      <w:r>
        <w:t>Уверенное знание участка расчётов с контрагентами и подотчётными лицами.</w:t>
      </w:r>
    </w:p>
    <w:p>
      <w:pPr>
        <w:pStyle w:val="ListBullet"/>
      </w:pPr>
      <w:r>
        <w:t>Подготовка и сдача отчётности в ФНС, ПФР, ФСС.</w:t>
      </w:r>
    </w:p>
    <w:p>
      <w:pPr>
        <w:pStyle w:val="ListBullet"/>
      </w:pPr>
      <w:r>
        <w:t>Работа с первичной документацией, актами сверки, платёжными поручениями.</w:t>
      </w:r>
    </w:p>
    <w:p>
      <w:pPr>
        <w:pStyle w:val="ListBullet"/>
      </w:pPr>
      <w:r>
        <w:t>Знание основ налогового законодательства РФ.</w:t>
      </w:r>
    </w:p>
    <w:p>
      <w:pPr>
        <w:pStyle w:val="Heading2"/>
      </w:pPr>
      <w:r>
        <w:t>Личные качества</w:t>
      </w:r>
    </w:p>
    <w:p>
      <w:pPr>
        <w:pStyle w:val="ListBullet"/>
      </w:pPr>
      <w:r>
        <w:t>Внимательность к деталям и цифрам.</w:t>
      </w:r>
    </w:p>
    <w:p>
      <w:pPr>
        <w:pStyle w:val="ListBullet"/>
      </w:pPr>
      <w:r>
        <w:t>Ответственность и соблюдение сроков.</w:t>
      </w:r>
    </w:p>
    <w:p>
      <w:pPr>
        <w:pStyle w:val="ListBullet"/>
      </w:pPr>
      <w:r>
        <w:t>Умение работать с большим объёмом информации.</w:t>
      </w:r>
    </w:p>
    <w:p>
      <w:pPr>
        <w:pStyle w:val="ListBullet"/>
      </w:pPr>
      <w:r>
        <w:t>Готовность разбираться в новых участках учёта.</w:t>
      </w:r>
    </w:p>
    <w:p>
      <w:pPr>
        <w:pStyle w:val="Heading2"/>
      </w:pPr>
      <w:r>
        <w:t>Дополнительная информация</w:t>
      </w:r>
    </w:p>
    <w:p>
      <w:r>
        <w:t>Готова к обучению и повышению квалификации. Рекомендации предоставлю по запросу.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