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бизнес-аналитика</w:t>
      </w:r>
    </w:p>
    <w:p>
      <w:pPr>
        <w:pStyle w:val="Heading2"/>
      </w:pPr>
      <w:r>
        <w:t>Желаемая должность и контакты</w:t>
      </w:r>
    </w:p>
    <w:p>
      <w:r>
        <w:t>Бизнес-аналитик</w:t>
      </w:r>
    </w:p>
    <w:p>
      <w:pPr>
        <w:pStyle w:val="ListBullet"/>
      </w:pPr>
      <w:r>
        <w:t>Фамилия Имя Отчество: [Фамилия Имя Отчество]</w:t>
      </w:r>
    </w:p>
    <w:p>
      <w:pPr>
        <w:pStyle w:val="ListBullet"/>
      </w:pPr>
      <w:r>
        <w:t>Город: [город]</w:t>
      </w:r>
    </w:p>
    <w:p>
      <w:pPr>
        <w:pStyle w:val="ListBullet"/>
      </w:pPr>
      <w:r>
        <w:t>Телефон: [телефон]</w:t>
      </w:r>
    </w:p>
    <w:p>
      <w:pPr>
        <w:pStyle w:val="ListBullet"/>
      </w:pPr>
      <w:r>
        <w:t>Email: [email]</w:t>
      </w:r>
    </w:p>
    <w:p>
      <w:pPr>
        <w:pStyle w:val="Heading2"/>
      </w:pPr>
      <w:r>
        <w:t>Кратко о себе</w:t>
      </w:r>
    </w:p>
    <w:p>
      <w:r>
        <w:t>Бизнес-аналитик с опытом работы более 3 лет в сборе и документировании требований, моделировании бизнес-процессов и внедрении информационных систем. Обладаю навыками коммуникации с заказчиками и техническими специалистами, умею трансформировать бизнес-потребности в четкие требования. Ищу позицию, где смогу применить свои знания для оптимизации процессов и повышения эффективности бизнеса.</w:t>
      </w:r>
    </w:p>
    <w:p>
      <w:pPr>
        <w:pStyle w:val="Heading2"/>
      </w:pPr>
      <w:r>
        <w:t>Опыт работы</w:t>
      </w:r>
    </w:p>
    <w:p>
      <w:pPr>
        <w:pStyle w:val="Heading3"/>
      </w:pPr>
      <w:r>
        <w:t>[Название организации], [город]</w:t>
      </w:r>
    </w:p>
    <w:p>
      <w:r>
        <w:t>Бизнес-аналитик, [дата] по [дата]</w:t>
      </w:r>
    </w:p>
    <w:p>
      <w:pPr>
        <w:pStyle w:val="ListBullet"/>
      </w:pPr>
      <w:r>
        <w:t>Сбор и анализ требований от бизнес-подразделений, документирование в виде user story и спецификаций.</w:t>
      </w:r>
    </w:p>
    <w:p>
      <w:pPr>
        <w:pStyle w:val="ListBullet"/>
      </w:pPr>
      <w:r>
        <w:t>Моделирование бизнес-процессов AS-IS и TO-BE с использованием BPMN.</w:t>
      </w:r>
    </w:p>
    <w:p>
      <w:pPr>
        <w:pStyle w:val="ListBullet"/>
      </w:pPr>
      <w:r>
        <w:t>Участие в разработке технического задания для новой CRM-системы.</w:t>
      </w:r>
    </w:p>
    <w:p>
      <w:pPr>
        <w:pStyle w:val="ListBullet"/>
      </w:pPr>
      <w:r>
        <w:t>Результат: сокращение времени обработки заявок на 20% за счет оптимизации процесса согласования.</w:t>
      </w:r>
    </w:p>
    <w:p>
      <w:pPr>
        <w:pStyle w:val="Heading3"/>
      </w:pPr>
      <w:r>
        <w:t>[Название организации], [город]</w:t>
      </w:r>
    </w:p>
    <w:p>
      <w:r>
        <w:t>Младший бизнес-аналитик, [дата] по [дата]</w:t>
      </w:r>
    </w:p>
    <w:p>
      <w:pPr>
        <w:pStyle w:val="ListBullet"/>
      </w:pPr>
      <w:r>
        <w:t>Проведение интервью с заинтересованными сторонами для выявления потребностей.</w:t>
      </w:r>
    </w:p>
    <w:p>
      <w:pPr>
        <w:pStyle w:val="ListBullet"/>
      </w:pPr>
      <w:r>
        <w:t>Подготовка функциональных требований и сценариев использования.</w:t>
      </w:r>
    </w:p>
    <w:p>
      <w:pPr>
        <w:pStyle w:val="ListBullet"/>
      </w:pPr>
      <w:r>
        <w:t>Участие в тестировании и приемке доработок информационной системы.</w:t>
      </w:r>
    </w:p>
    <w:p>
      <w:pPr>
        <w:pStyle w:val="ListBullet"/>
      </w:pPr>
      <w:r>
        <w:t>Результат: успешное внедрение модуля отчетности, позволившее сократить ручной ввод данных на 15%.</w:t>
      </w:r>
    </w:p>
    <w:p>
      <w:pPr>
        <w:pStyle w:val="Heading2"/>
      </w:pPr>
      <w:r>
        <w:t>Образование</w:t>
      </w:r>
    </w:p>
    <w:p>
      <w:r>
        <w:t>[Название учебного заведения], [город], [специальность], [год окончания].</w:t>
      </w:r>
    </w:p>
    <w:p>
      <w:r>
        <w:t>Диплом о профессиональной переподготовке по программе «Бизнес-анализ», [Название учебного центра], [год выдачи].</w:t>
      </w:r>
    </w:p>
    <w:p>
      <w:pPr>
        <w:pStyle w:val="Heading2"/>
      </w:pPr>
      <w:r>
        <w:t>Профессиональные навыки</w:t>
      </w:r>
    </w:p>
    <w:p>
      <w:pPr>
        <w:pStyle w:val="ListBullet"/>
      </w:pPr>
      <w:r>
        <w:t>Сбор и управление требованиями (user story, use case).</w:t>
      </w:r>
    </w:p>
    <w:p>
      <w:pPr>
        <w:pStyle w:val="ListBullet"/>
      </w:pPr>
      <w:r>
        <w:t>Моделирование бизнес-процессов (BPMN, UML).</w:t>
      </w:r>
    </w:p>
    <w:p>
      <w:pPr>
        <w:pStyle w:val="ListBullet"/>
      </w:pPr>
      <w:r>
        <w:t>Работа с CASE-средствами (например, draw.io, Bizagi).</w:t>
      </w:r>
    </w:p>
    <w:p>
      <w:pPr>
        <w:pStyle w:val="ListBullet"/>
      </w:pPr>
      <w:r>
        <w:t>Знание методологий Agile (Scrum, Kanban).</w:t>
      </w:r>
    </w:p>
    <w:p>
      <w:pPr>
        <w:pStyle w:val="ListBullet"/>
      </w:pPr>
      <w:r>
        <w:t>Опыт написания технической документации.</w:t>
      </w:r>
    </w:p>
    <w:p>
      <w:pPr>
        <w:pStyle w:val="ListBullet"/>
      </w:pPr>
      <w:r>
        <w:t>Базовые знания SQL для анализа данных.</w:t>
      </w:r>
    </w:p>
    <w:p>
      <w:pPr>
        <w:pStyle w:val="Heading2"/>
      </w:pPr>
      <w:r>
        <w:t>Личные качества</w:t>
      </w:r>
    </w:p>
    <w:p>
      <w:pPr>
        <w:pStyle w:val="ListBullet"/>
      </w:pPr>
      <w:r>
        <w:t>Аналитическое мышление.</w:t>
      </w:r>
    </w:p>
    <w:p>
      <w:pPr>
        <w:pStyle w:val="ListBullet"/>
      </w:pPr>
      <w:r>
        <w:t>Коммуникабельность.</w:t>
      </w:r>
    </w:p>
    <w:p>
      <w:pPr>
        <w:pStyle w:val="ListBullet"/>
      </w:pPr>
      <w:r>
        <w:t>Умение работать в команде.</w:t>
      </w:r>
    </w:p>
    <w:p>
      <w:pPr>
        <w:pStyle w:val="ListBullet"/>
      </w:pPr>
      <w:r>
        <w:t>Внимание к деталям.</w:t>
      </w:r>
    </w:p>
    <w:p>
      <w:pPr>
        <w:pStyle w:val="ListBullet"/>
      </w:pPr>
      <w:r>
        <w:t>Стрессоустойчивость.</w:t>
      </w:r>
    </w:p>
    <w:p>
      <w:pPr>
        <w:pStyle w:val="Heading2"/>
      </w:pPr>
      <w:r>
        <w:t>Дополнительная информация</w:t>
      </w:r>
    </w:p>
    <w:p>
      <w:r>
        <w:t>Готовность к командировкам. Английский язык на уровне Intermediate. Рекомендации предоставляются по запросу.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