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автомеханика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автомеханик по ремонту двигателей и агрегатов. Фамилия Имя Отчество: [Фамилия Имя Отчество]. Телефон: [телефон]. Электронная почта: [email]. Город: [город]. Готовность к выезду: [да/нет].</w:t>
      </w:r>
    </w:p>
    <w:p>
      <w:pPr>
        <w:pStyle w:val="Heading2"/>
      </w:pPr>
      <w:r>
        <w:t>Кратко о себе</w:t>
      </w:r>
    </w:p>
    <w:p>
      <w:r>
        <w:t>Автомеханик с опытом работы в сервисах легковых автомобилей. Специализируюсь на диагностике и ремонте бензиновых двигателей, замене ремней ГРМ, ремонте подвески и тормозной системы. Работаю с диагностическим оборудованием и подъёмниками, соблюдаю регламенты производителя. Готов к сменному графику и обучению под новые марки автомобилей.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автомеханик. Период: [дата] [дата].</w:t>
      </w:r>
    </w:p>
    <w:p>
      <w:pPr>
        <w:pStyle w:val="ListBullet"/>
      </w:pPr>
      <w:r>
        <w:t>Выполнял диагностику двигателя, трансмиссии и электронных систем с использованием сканера и мотортестера.</w:t>
      </w:r>
    </w:p>
    <w:p>
      <w:pPr>
        <w:pStyle w:val="ListBullet"/>
      </w:pPr>
      <w:r>
        <w:t>Проводил ремонт и замену ремней ГРМ, роликов и натяжителей, регулировал зазоры клапанов.</w:t>
      </w:r>
    </w:p>
    <w:p>
      <w:pPr>
        <w:pStyle w:val="ListBullet"/>
      </w:pPr>
      <w:r>
        <w:t>Ремонтировал подвеску: заменял амортизаторы, шаровые опоры, ступичные подшипники и сайлентблоки.</w:t>
      </w:r>
    </w:p>
    <w:p>
      <w:pPr>
        <w:pStyle w:val="ListBullet"/>
      </w:pPr>
      <w:r>
        <w:t>Оформлял заказ-наряды и дефектные ведомости, согласовывал объём работ с клиентом.</w:t>
      </w:r>
    </w:p>
    <w:p>
      <w:pPr>
        <w:pStyle w:val="ListBullet"/>
      </w:pPr>
      <w:r>
        <w:t>Результат: сократил среднее время диагностики двигателя на 15 процентов за счёт отлаженной последовательности проверок.</w:t>
      </w:r>
    </w:p>
    <w:p>
      <w:pPr>
        <w:pStyle w:val="Heading3"/>
      </w:pPr>
      <w:r>
        <w:t>[Название организации], [город]</w:t>
      </w:r>
    </w:p>
    <w:p>
      <w:r>
        <w:t>Должность: слесарь по ремонту автомобилей. Период: [дата] [дата].</w:t>
      </w:r>
    </w:p>
    <w:p>
      <w:pPr>
        <w:pStyle w:val="ListBullet"/>
      </w:pPr>
      <w:r>
        <w:t>Проводил плановое техническое обслуживание: замену масла, фильтров, свечей зажигания и тормозных колодок.</w:t>
      </w:r>
    </w:p>
    <w:p>
      <w:pPr>
        <w:pStyle w:val="ListBullet"/>
      </w:pPr>
      <w:r>
        <w:t>Ремонтировал тормозную систему: заменял диски, суппорты и тормозные шланги, прокачивал контуры.</w:t>
      </w:r>
    </w:p>
    <w:p>
      <w:pPr>
        <w:pStyle w:val="ListBullet"/>
      </w:pPr>
      <w:r>
        <w:t>Выполнял развал-схождение на стенде и регулировал углы установки колёс.</w:t>
      </w:r>
    </w:p>
    <w:p>
      <w:pPr>
        <w:pStyle w:val="ListBullet"/>
      </w:pPr>
      <w:r>
        <w:t>Участвовал в приёмке автомобилей и проверке уровней технических жидкостей перед выдачей.</w:t>
      </w:r>
    </w:p>
    <w:p>
      <w:pPr>
        <w:pStyle w:val="ListBullet"/>
      </w:pPr>
      <w:r>
        <w:t>Результат: снизил количество повторных обращений по тормозной системе на 10 процентов за счёт контроля качества сборки.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[город], [специальность], [год окончания].</w:t>
      </w:r>
    </w:p>
    <w:p>
      <w:r>
        <w:t>Свидетельство о профессии рабочего, должности служащего: автомеханик, выдано [Название учебного центра], [дата].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Компьютерная диагностика двигателя и электронных систем автомобиля.</w:t>
      </w:r>
    </w:p>
    <w:p>
      <w:pPr>
        <w:pStyle w:val="ListBullet"/>
      </w:pPr>
      <w:r>
        <w:t>Ремонт бензиновых двигателей: замена ремней ГРМ, прокладок, сальников и опор.</w:t>
      </w:r>
    </w:p>
    <w:p>
      <w:pPr>
        <w:pStyle w:val="ListBullet"/>
      </w:pPr>
      <w:r>
        <w:t>Ремонт подвески и рулевого управления.</w:t>
      </w:r>
    </w:p>
    <w:p>
      <w:pPr>
        <w:pStyle w:val="ListBullet"/>
      </w:pPr>
      <w:r>
        <w:t>Обслуживание тормозной системы и замена тормозных жидкостей.</w:t>
      </w:r>
    </w:p>
    <w:p>
      <w:pPr>
        <w:pStyle w:val="ListBullet"/>
      </w:pPr>
      <w:r>
        <w:t>Работа на подъёмнике, стенде развал-схождения и балансировочном станке.</w:t>
      </w:r>
    </w:p>
    <w:p>
      <w:pPr>
        <w:pStyle w:val="ListBullet"/>
      </w:pPr>
      <w:r>
        <w:t>Чтение технической документации и электрических схем.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Внимательность при диагностике и сборке узлов.</w:t>
      </w:r>
    </w:p>
    <w:p>
      <w:pPr>
        <w:pStyle w:val="ListBullet"/>
      </w:pPr>
      <w:r>
        <w:t>Ответственность за качество выполненных работ.</w:t>
      </w:r>
    </w:p>
    <w:p>
      <w:pPr>
        <w:pStyle w:val="ListBullet"/>
      </w:pPr>
      <w:r>
        <w:t>Умение объяснять клиенту причину неисправности и объём ремонта.</w:t>
      </w:r>
    </w:p>
    <w:p>
      <w:pPr>
        <w:pStyle w:val="ListBullet"/>
      </w:pPr>
      <w:r>
        <w:t>Готовность работать в команде и перенимать опыт.</w:t>
      </w:r>
    </w:p>
    <w:p>
      <w:pPr>
        <w:pStyle w:val="ListBullet"/>
      </w:pPr>
      <w:r>
        <w:t>Способность сохранять концентрацию при сменном графике.</w:t>
      </w:r>
    </w:p>
    <w:p>
      <w:pPr>
        <w:pStyle w:val="Heading2"/>
      </w:pPr>
      <w:r>
        <w:t>Дополнительная информация</w:t>
      </w:r>
    </w:p>
    <w:p>
      <w:r>
        <w:t>Водительские права категории [категория]. Личный инструмент: [наличие/отсутствие]. Готовность к обучению по маркам: [марки]. График работы: [сменный/пятидневка]. Ожидаемый уровень дохода: [сумма].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