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Резюме архитектора</w:t>
      </w:r>
    </w:p>
    <w:p>
      <w:pPr>
        <w:pStyle w:val="Heading2"/>
      </w:pPr>
      <w:r>
        <w:t>Желаемая должность и контакты</w:t>
      </w:r>
    </w:p>
    <w:p>
      <w:r>
        <w:t>Желаемая должность: архитектор. Фамилия Имя Отчество, телефон: [телефон], email: [email], город: [город].</w:t>
      </w:r>
    </w:p>
    <w:p>
      <w:pPr>
        <w:pStyle w:val="Heading2"/>
      </w:pPr>
      <w:r>
        <w:t>Кратко о себе</w:t>
      </w:r>
    </w:p>
    <w:p>
      <w:r>
        <w:t>Архитектор с опытом работы [число] лет в области проектирования жилых и общественных зданий. Специализация: разработка архитектурных решений на стадиях «Проектная документация» и «Рабочая документация», авторский надзор. Имею опыт согласования проектов в государственных органах. Стремлюсь к созданию функциональных и эстетичных объектов с учётом нормативных требований и пожеланий заказчика.</w:t>
      </w:r>
    </w:p>
    <w:p>
      <w:pPr>
        <w:pStyle w:val="Heading2"/>
      </w:pPr>
      <w:r>
        <w:t>Опыт работы</w:t>
      </w:r>
    </w:p>
    <w:p>
      <w:pPr>
        <w:pStyle w:val="Heading3"/>
      </w:pPr>
      <w:r>
        <w:t>[Название организации], [город]</w:t>
      </w:r>
    </w:p>
    <w:p>
      <w:r>
        <w:t>Должность: архитектор. Период: [дата] [дата].</w:t>
      </w:r>
    </w:p>
    <w:p>
      <w:r>
        <w:t>Обязанности:</w:t>
      </w:r>
    </w:p>
    <w:p>
      <w:pPr>
        <w:pStyle w:val="ListBullet"/>
      </w:pPr>
      <w:r>
        <w:t>Разработка архитектурных разделов проектной и рабочей документации для жилых комплексов и административных зданий.</w:t>
      </w:r>
    </w:p>
    <w:p>
      <w:pPr>
        <w:pStyle w:val="ListBullet"/>
      </w:pPr>
      <w:r>
        <w:t>Выполнение планировочных решений, фасадов, разрезов и узлов в соответствии с нормативными документами.</w:t>
      </w:r>
    </w:p>
    <w:p>
      <w:pPr>
        <w:pStyle w:val="ListBullet"/>
      </w:pPr>
      <w:r>
        <w:t>Взаимодействие с конструкторами, инженерами и дизайнерами для увязки смежных разделов проекта.</w:t>
      </w:r>
    </w:p>
    <w:p>
      <w:pPr>
        <w:pStyle w:val="ListBullet"/>
      </w:pPr>
      <w:r>
        <w:t>Участие в согласовании проектной документации с заказчиком и эксперными органами.</w:t>
      </w:r>
    </w:p>
    <w:p>
      <w:pPr>
        <w:pStyle w:val="ListBullet"/>
      </w:pPr>
      <w:r>
        <w:t>Проведение авторского надзора за строительством объектов.</w:t>
      </w:r>
    </w:p>
    <w:p>
      <w:r>
        <w:t>Результаты: успешно сдано [число] проектов без замечаний государственной экспертизы; сокращены сроки разработки документации на [процент]% за счёт оптимизации процессов.</w:t>
      </w:r>
    </w:p>
    <w:p>
      <w:pPr>
        <w:pStyle w:val="Heading3"/>
      </w:pPr>
      <w:r>
        <w:t>[Название организации], [город]</w:t>
      </w:r>
    </w:p>
    <w:p>
      <w:r>
        <w:t>Должность: помощник архитектора. Период: [дата] [дата].</w:t>
      </w:r>
    </w:p>
    <w:p>
      <w:r>
        <w:t>Обязанности:</w:t>
      </w:r>
    </w:p>
    <w:p>
      <w:pPr>
        <w:pStyle w:val="ListBullet"/>
      </w:pPr>
      <w:r>
        <w:t>Подготовка исходных данных для проектирования и сбор нагрузок.</w:t>
      </w:r>
    </w:p>
    <w:p>
      <w:pPr>
        <w:pStyle w:val="ListBullet"/>
      </w:pPr>
      <w:r>
        <w:t>Выполнение чертежей и 3D-моделей по эскизам ведущего архитектора.</w:t>
      </w:r>
    </w:p>
    <w:p>
      <w:pPr>
        <w:pStyle w:val="ListBullet"/>
      </w:pPr>
      <w:r>
        <w:t>Оформление презентационных материалов и альбомов для заказчика.</w:t>
      </w:r>
    </w:p>
    <w:p>
      <w:pPr>
        <w:pStyle w:val="ListBullet"/>
      </w:pPr>
      <w:r>
        <w:t>Ведение рабочей переписки и документооборота по проектам.</w:t>
      </w:r>
    </w:p>
    <w:p>
      <w:r>
        <w:t>Результаты: разработано [число] концептуальных проектов, один из которых реализован как пилотный объект [тип объекта].</w:t>
      </w:r>
    </w:p>
    <w:p>
      <w:pPr>
        <w:pStyle w:val="Heading2"/>
      </w:pPr>
      <w:r>
        <w:t>Образование</w:t>
      </w:r>
    </w:p>
    <w:p>
      <w:r>
        <w:t>[Название учебного заведения], специальность «Архитектура», квалификация: архитектор, [год окончания].</w:t>
      </w:r>
    </w:p>
    <w:p>
      <w:r>
        <w:t>Диплом о профессиональной переподготовке по программе «[Название программы]», выдан [Название учебного центра], [год].</w:t>
      </w:r>
    </w:p>
    <w:p>
      <w:pPr>
        <w:pStyle w:val="Heading2"/>
      </w:pPr>
      <w:r>
        <w:t>Профессиональные навыки</w:t>
      </w:r>
    </w:p>
    <w:p>
      <w:pPr>
        <w:pStyle w:val="ListBullet"/>
      </w:pPr>
      <w:r>
        <w:t>Владение AutoCAD, Revit, ArchiCAD, SketchUp, Photoshop.</w:t>
      </w:r>
    </w:p>
    <w:p>
      <w:pPr>
        <w:pStyle w:val="ListBullet"/>
      </w:pPr>
      <w:r>
        <w:t>Знание нормативной базы: ГОСТ, СНиП, СП, требований пожарной безопасности.</w:t>
      </w:r>
    </w:p>
    <w:p>
      <w:pPr>
        <w:pStyle w:val="ListBullet"/>
      </w:pPr>
      <w:r>
        <w:t>Разработка проектной и рабочей документации на всех стадиях.</w:t>
      </w:r>
    </w:p>
    <w:p>
      <w:pPr>
        <w:pStyle w:val="ListBullet"/>
      </w:pPr>
      <w:r>
        <w:t>Навыки 3D-визуализации и презентации проектов.</w:t>
      </w:r>
    </w:p>
    <w:p>
      <w:pPr>
        <w:pStyle w:val="ListBullet"/>
      </w:pPr>
      <w:r>
        <w:t>Опыт прохождения экспертизы и согласований.</w:t>
      </w:r>
    </w:p>
    <w:p>
      <w:pPr>
        <w:pStyle w:val="Heading2"/>
      </w:pPr>
      <w:r>
        <w:t>Личные качества</w:t>
      </w:r>
    </w:p>
    <w:p>
      <w:pPr>
        <w:pStyle w:val="ListBullet"/>
      </w:pPr>
      <w:r>
        <w:t>Внимание к деталям и точность в работе с документацией.</w:t>
      </w:r>
    </w:p>
    <w:p>
      <w:pPr>
        <w:pStyle w:val="ListBullet"/>
      </w:pPr>
      <w:r>
        <w:t>Умение работать в команде и координировать смежные разделы.</w:t>
      </w:r>
    </w:p>
    <w:p>
      <w:pPr>
        <w:pStyle w:val="ListBullet"/>
      </w:pPr>
      <w:r>
        <w:t>Стрессоустойчивость при сжатых сроках.</w:t>
      </w:r>
    </w:p>
    <w:p>
      <w:pPr>
        <w:pStyle w:val="ListBullet"/>
      </w:pPr>
      <w:r>
        <w:t>Творческое мышление и системный подход к проектированию.</w:t>
      </w:r>
    </w:p>
    <w:p>
      <w:pPr>
        <w:pStyle w:val="Heading2"/>
      </w:pPr>
      <w:r>
        <w:t>Дополнительная информация</w:t>
      </w:r>
    </w:p>
    <w:p>
      <w:r>
        <w:t>Готовность к командировкам и выездам на объекты. Портфолио проектов предоставляется по запросу. Рекомендации с предыдущих мест работы имеются.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