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аналитика данных</w:t>
      </w:r>
    </w:p>
    <w:p>
      <w:pPr>
        <w:pStyle w:val="Heading2"/>
      </w:pPr>
      <w:r>
        <w:t>Желаемая должность и контакты</w:t>
      </w:r>
    </w:p>
    <w:p>
      <w:r>
        <w:t>Аналитик данных</w:t>
      </w:r>
    </w:p>
    <w:p>
      <w:pPr>
        <w:pStyle w:val="ListBullet"/>
      </w:pPr>
      <w:r>
        <w:t>Фамилия Имя Отчество: 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Email: [email]</w:t>
      </w:r>
    </w:p>
    <w:p>
      <w:pPr>
        <w:pStyle w:val="ListBullet"/>
      </w:pPr>
      <w:r>
        <w:t>Город: [город]</w:t>
      </w:r>
    </w:p>
    <w:p>
      <w:pPr>
        <w:pStyle w:val="ListBullet"/>
      </w:pPr>
      <w:r>
        <w:t>Готовность к командировкам: [да/нет]</w:t>
      </w:r>
    </w:p>
    <w:p>
      <w:pPr>
        <w:pStyle w:val="Heading2"/>
      </w:pPr>
      <w:r>
        <w:t>Кратко о себе</w:t>
      </w:r>
    </w:p>
    <w:p>
      <w:r>
        <w:t>Аналитик данных с опытом работы [X] лет. Специализируюсь на сборе, очистке и анализе данных, построении отчётов и дашбордов, прогнозировании. Владею SQL, Python, Excel, Power BI. Имею опыт автоматизации отчётности и оптимизации бизнес-процессов на основе данных.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Аналитик данных</w:t>
      </w:r>
    </w:p>
    <w:p>
      <w:r>
        <w:t>Период работы: [дата] [дата]</w:t>
      </w:r>
    </w:p>
    <w:p>
      <w:r>
        <w:t>Обязанности:</w:t>
      </w:r>
    </w:p>
    <w:p>
      <w:pPr>
        <w:pStyle w:val="ListBullet"/>
      </w:pPr>
      <w:r>
        <w:t>Сбор и очистка данных из различных источников (SQL, Excel).</w:t>
      </w:r>
    </w:p>
    <w:p>
      <w:pPr>
        <w:pStyle w:val="ListBullet"/>
      </w:pPr>
      <w:r>
        <w:t>Построение и поддержка отчётов и дашбордов в Power BI.</w:t>
      </w:r>
    </w:p>
    <w:p>
      <w:pPr>
        <w:pStyle w:val="ListBullet"/>
      </w:pPr>
      <w:r>
        <w:t>Анализ ключевых метрик и выявление закономерностей.</w:t>
      </w:r>
    </w:p>
    <w:p>
      <w:pPr>
        <w:pStyle w:val="ListBullet"/>
      </w:pPr>
      <w:r>
        <w:t>Подготовка рекомендаций для бизнеса на основе данных.</w:t>
      </w:r>
    </w:p>
    <w:p>
      <w:r>
        <w:t>Результаты:</w:t>
      </w:r>
    </w:p>
    <w:p>
      <w:pPr>
        <w:pStyle w:val="ListBullet"/>
      </w:pPr>
      <w:r>
        <w:t>Сократил время подготовки ежемесячной отчётности на 30% за счёт автоматизации.</w:t>
      </w:r>
    </w:p>
    <w:p>
      <w:pPr>
        <w:pStyle w:val="ListBullet"/>
      </w:pPr>
      <w:r>
        <w:t>Разработал дашборд для отдела продаж, который позволил увеличить конверсию на 15%.</w:t>
      </w:r>
    </w:p>
    <w:p>
      <w:pPr>
        <w:pStyle w:val="Heading3"/>
      </w:pPr>
      <w:r>
        <w:t>[Название организации], [город]</w:t>
      </w:r>
    </w:p>
    <w:p>
      <w:r>
        <w:t>Должность: Младший аналитик данных</w:t>
      </w:r>
    </w:p>
    <w:p>
      <w:r>
        <w:t>Период работы: [дата] [дата]</w:t>
      </w:r>
    </w:p>
    <w:p>
      <w:r>
        <w:t>Обязанности:</w:t>
      </w:r>
    </w:p>
    <w:p>
      <w:pPr>
        <w:pStyle w:val="ListBullet"/>
      </w:pPr>
      <w:r>
        <w:t>Подготовка данных для анализа (Excel, Python).</w:t>
      </w:r>
    </w:p>
    <w:p>
      <w:pPr>
        <w:pStyle w:val="ListBullet"/>
      </w:pPr>
      <w:r>
        <w:t>Участие в построении прогнозных моделей.</w:t>
      </w:r>
    </w:p>
    <w:p>
      <w:pPr>
        <w:pStyle w:val="ListBullet"/>
      </w:pPr>
      <w:r>
        <w:t>Визуализация данных и подготовка презентаций.</w:t>
      </w:r>
    </w:p>
    <w:p>
      <w:r>
        <w:t>Результаты:</w:t>
      </w:r>
    </w:p>
    <w:p>
      <w:pPr>
        <w:pStyle w:val="ListBullet"/>
      </w:pPr>
      <w:r>
        <w:t>Оптимизировал процесс сбора данных, сократив время на 20%.</w:t>
      </w:r>
    </w:p>
    <w:p>
      <w:pPr>
        <w:pStyle w:val="ListBullet"/>
      </w:pPr>
      <w:r>
        <w:t>Построил модель прогнозирования спроса с точностью 85%.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</w:t>
      </w:r>
    </w:p>
    <w:p>
      <w:r>
        <w:t>Специальность: [специальность], квалификация: [квалификация]</w:t>
      </w:r>
    </w:p>
    <w:p>
      <w:r>
        <w:t>Год окончания: [год]</w:t>
      </w:r>
    </w:p>
    <w:p>
      <w:r>
        <w:t>Диплом о профессиональной переподготовке по программе «Аналитика данных», [Название учебного центра], [год]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Языки программирования: Python (pandas, numpy), SQL.</w:t>
      </w:r>
    </w:p>
    <w:p>
      <w:pPr>
        <w:pStyle w:val="ListBullet"/>
      </w:pPr>
      <w:r>
        <w:t>Инструменты визуализации: Power BI, Tableau.</w:t>
      </w:r>
    </w:p>
    <w:p>
      <w:pPr>
        <w:pStyle w:val="ListBullet"/>
      </w:pPr>
      <w:r>
        <w:t>Работа с данными: Excel (сводные таблицы, формулы), Google Sheets.</w:t>
      </w:r>
    </w:p>
    <w:p>
      <w:pPr>
        <w:pStyle w:val="ListBullet"/>
      </w:pPr>
      <w:r>
        <w:t>Статистический анализ, A/B тестирование.</w:t>
      </w:r>
    </w:p>
    <w:p>
      <w:pPr>
        <w:pStyle w:val="ListBullet"/>
      </w:pPr>
      <w:r>
        <w:t>Знание основ машинного обучения.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Аналитическое мышление.</w:t>
      </w:r>
    </w:p>
    <w:p>
      <w:pPr>
        <w:pStyle w:val="ListBullet"/>
      </w:pPr>
      <w:r>
        <w:t>Внимательность к деталям.</w:t>
      </w:r>
    </w:p>
    <w:p>
      <w:pPr>
        <w:pStyle w:val="ListBullet"/>
      </w:pPr>
      <w:r>
        <w:t>Умение работать в команде.</w:t>
      </w:r>
    </w:p>
    <w:p>
      <w:pPr>
        <w:pStyle w:val="ListBullet"/>
      </w:pPr>
      <w:r>
        <w:t>Ответственность и пунктуальность.</w:t>
      </w:r>
    </w:p>
    <w:p>
      <w:pPr>
        <w:pStyle w:val="Heading2"/>
      </w:pPr>
      <w:r>
        <w:t>Дополнительная информация</w:t>
      </w:r>
    </w:p>
    <w:p>
      <w:r>
        <w:t>Иностранные языки: английский, [уровень].</w:t>
      </w:r>
    </w:p>
    <w:p>
      <w:r>
        <w:t>Готовность к обучению и профессиональному развитию.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