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администратора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Администратор офиса (гостиницы, медицинского центра).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 проживания: [город]</w:t>
      </w:r>
    </w:p>
    <w:p>
      <w:pPr>
        <w:pStyle w:val="ListBullet"/>
      </w:pPr>
      <w:r>
        <w:t>Гражданство: Российская Федерация</w:t>
      </w:r>
    </w:p>
    <w:p>
      <w:pPr>
        <w:pStyle w:val="ListBullet"/>
      </w:pPr>
      <w:r>
        <w:t>Готовность к переезду: [да/нет]</w:t>
      </w:r>
    </w:p>
    <w:p>
      <w:pPr>
        <w:pStyle w:val="Heading2"/>
      </w:pPr>
      <w:r>
        <w:t>Кратко о себе</w:t>
      </w:r>
    </w:p>
    <w:p>
      <w:r>
        <w:t>Администратор с опытом работы более 3 лет в сфере обслуживания клиентов. Владею навыками ведения документооборота, координации работы персонала, разрешения конфликтных ситуаций. Ответственно подхожу к выполнению задач, умею работать в режиме многозадачности и оперативно реагировать на изменения. Ищу позицию с возможностью профессионального роста и применения своих организаторских способностей.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Администратор офиса, [Название организации], [город]</w:t>
      </w:r>
    </w:p>
    <w:p>
      <w:r>
        <w:t>Период работы: [дата] [дата]</w:t>
      </w:r>
    </w:p>
    <w:p>
      <w:pPr>
        <w:pStyle w:val="ListBullet"/>
      </w:pPr>
      <w:r>
        <w:t>Обеспечение бесперебойной работы офиса: контроль снабжения канцелярией, организация рабочих мест, взаимодействие с арендодателем и коммунальными службами.</w:t>
      </w:r>
    </w:p>
    <w:p>
      <w:pPr>
        <w:pStyle w:val="ListBullet"/>
      </w:pPr>
      <w:r>
        <w:t>Ведение документооборота: регистрация входящей и исходящей корреспонденции, подготовка проектов приказов и служебных записок, архивирование документов.</w:t>
      </w:r>
    </w:p>
    <w:p>
      <w:pPr>
        <w:pStyle w:val="ListBullet"/>
      </w:pPr>
      <w:r>
        <w:t>Организация приема посетителей и телефонных переговоров: распределение звонков, встреча гостей, координация встреч и совещаний.</w:t>
      </w:r>
    </w:p>
    <w:p>
      <w:pPr>
        <w:pStyle w:val="ListBullet"/>
      </w:pPr>
      <w:r>
        <w:t>Результат: оптимизировал процесс закупки расходных материалов, сократив расходы на 15% за квартал; внедрил электронный реестр корреспонденции, ускорив поиск документов в 2 раза.</w:t>
      </w:r>
    </w:p>
    <w:p>
      <w:pPr>
        <w:pStyle w:val="Heading3"/>
      </w:pPr>
      <w:r>
        <w:t>Администратор гостиницы, [Название организации], [город]</w:t>
      </w:r>
    </w:p>
    <w:p>
      <w:r>
        <w:t>Период работы: [дата] [дата]</w:t>
      </w:r>
    </w:p>
    <w:p>
      <w:pPr>
        <w:pStyle w:val="ListBullet"/>
      </w:pPr>
      <w:r>
        <w:t>Бронирование номеров, регистрация и размещение гостей, оформление выезда, расчет стоимости проживания и дополнительных услуг.</w:t>
      </w:r>
    </w:p>
    <w:p>
      <w:pPr>
        <w:pStyle w:val="ListBullet"/>
      </w:pPr>
      <w:r>
        <w:t>Консультирование гостей по правилам проживания, услугам гостиницы и достопримечательностям города, решение конфликтных ситуаций.</w:t>
      </w:r>
    </w:p>
    <w:p>
      <w:pPr>
        <w:pStyle w:val="ListBullet"/>
      </w:pPr>
      <w:r>
        <w:t>Взаимодействие с горничными, службой безопасности и технической службой для оперативного устранения неполадок.</w:t>
      </w:r>
    </w:p>
    <w:p>
      <w:pPr>
        <w:pStyle w:val="ListBullet"/>
      </w:pPr>
      <w:r>
        <w:t>Результат: повысил уровень удовлетворенности гостей за счет внимательного подхода, что подтверждено положительными отзывами; освоил новую CRM-систему за неделю и обучил двух новых сотрудников.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«Документационное обеспечение управления и архивоведение», квалификация «Специалист по документационному обеспечению управления, архивовед», год окончания: [год].</w:t>
      </w:r>
    </w:p>
    <w:p>
      <w:r>
        <w:t>Свидетельство о профессии рабочего, должности служащего по программе «Администратор офиса» выдано [Название учебного центра],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Ведение делопроизводства и документооборота, работа с офисной техникой (МФУ, факс, мини-АТС).</w:t>
      </w:r>
    </w:p>
    <w:p>
      <w:pPr>
        <w:pStyle w:val="ListBullet"/>
      </w:pPr>
      <w:r>
        <w:t>Уверенное владение MS Office (Word, Excel, Outlook), 1С: Документооборот, CRM-системами (Bitrix24, AmoCRM).</w:t>
      </w:r>
    </w:p>
    <w:p>
      <w:pPr>
        <w:pStyle w:val="ListBullet"/>
      </w:pPr>
      <w:r>
        <w:t>Организация приема посетителей и телефонных переговоров, навыки делового этикета.</w:t>
      </w:r>
    </w:p>
    <w:p>
      <w:pPr>
        <w:pStyle w:val="ListBullet"/>
      </w:pPr>
      <w:r>
        <w:t>Управление конфликтными ситуациями, работа с возражениями, стрессоустойчивость.</w:t>
      </w:r>
    </w:p>
    <w:p>
      <w:pPr>
        <w:pStyle w:val="ListBullet"/>
      </w:pPr>
      <w:r>
        <w:t>Планирование рабочего времени, многозадачность, внимание к деталям.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Коммуникабельность, умение работать в команде.</w:t>
      </w:r>
    </w:p>
    <w:p>
      <w:pPr>
        <w:pStyle w:val="ListBullet"/>
      </w:pPr>
      <w:r>
        <w:t>Инициативность и готовность предлагать улучшения.</w:t>
      </w:r>
    </w:p>
    <w:p>
      <w:pPr>
        <w:pStyle w:val="ListBullet"/>
      </w:pPr>
      <w:r>
        <w:t>Способность быстро обучаться новым программам и стандартам.</w:t>
      </w:r>
    </w:p>
    <w:p>
      <w:pPr>
        <w:pStyle w:val="ListBullet"/>
      </w:pPr>
      <w:r>
        <w:t>Внимательность при работе с документами и отчетностью.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Знание иностранных языков: английский на уровне [уровень].</w:t>
      </w:r>
    </w:p>
    <w:p>
      <w:pPr>
        <w:pStyle w:val="ListBullet"/>
      </w:pPr>
      <w:r>
        <w:t>Водительское удостоверение категории B, личный автомобиль.</w:t>
      </w:r>
    </w:p>
    <w:p>
      <w:pPr>
        <w:pStyle w:val="ListBullet"/>
      </w:pPr>
      <w:r>
        <w:t>Готовность к ненормированному рабочему дню и командировкам.</w:t>
      </w:r>
    </w:p>
    <w:p>
      <w:pPr>
        <w:pStyle w:val="ListBullet"/>
      </w:pPr>
      <w:r>
        <w:t>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