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ветеринара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ветеринарного врача</w:t>
      </w:r>
    </w:p>
    <w:p>
      <w:r>
        <w:t>[Фамилия Имя Отчество] работает в [Название организации] с [дата] в должности ветеринарного врача. За время работы зарекомендовал себя как квалифицированный специалист, обладающий глубокими знаниями в области ветеринарии.</w:t>
      </w:r>
    </w:p>
    <w:p>
      <w:r>
        <w:t>Образование: высшее профессиональное, окончил [Название учебного заведения] по специальности «Ветеринария» в [год]. В [год] прошёл профессиональную переподготовку в [Название учебного центра] по программе «[Название программы]», получил диплом о профессиональной переподготовке.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проведение клинического осмотра животных, диагностика и лечение заболеваний;</w:t>
      </w:r>
    </w:p>
    <w:p>
      <w:pPr>
        <w:pStyle w:val="ListBullet"/>
      </w:pPr>
      <w:r>
        <w:t>оказание экстренной ветеринарной помощи, включая хирургические операции;</w:t>
      </w:r>
    </w:p>
    <w:p>
      <w:pPr>
        <w:pStyle w:val="ListBullet"/>
      </w:pPr>
      <w:r>
        <w:t>организация и проведение профилактических мероприятий (вакцинация, дегельминтизация);</w:t>
      </w:r>
    </w:p>
    <w:p>
      <w:pPr>
        <w:pStyle w:val="ListBullet"/>
      </w:pPr>
      <w:r>
        <w:t>ведение ветеринарной документации и отчётности;</w:t>
      </w:r>
    </w:p>
    <w:p>
      <w:pPr>
        <w:pStyle w:val="ListBullet"/>
      </w:pPr>
      <w:r>
        <w:t>консультирование владельцев животных по вопросам ухода и содержания;</w:t>
      </w:r>
    </w:p>
    <w:p>
      <w:pPr>
        <w:pStyle w:val="ListBullet"/>
      </w:pPr>
      <w:r>
        <w:t>контроль санитарного состояния помещений и оборудования.</w:t>
      </w:r>
    </w:p>
    <w:p>
      <w:r>
        <w:t>За время работы [Фамилия И.О.] проявил себя как ответственный и инициативный сотрудник. Владеет современными методами диагностики и лечения, постоянно повышает профессиональный уровень, участвует в семинарах и конференциях. В сложных ситуациях принимает обоснованные решения, умеет работать в команде.</w:t>
      </w:r>
    </w:p>
    <w:p>
      <w:r>
        <w:t>В коллективе пользуется уважением, поддерживает доброжелательные отношения с коллегами, готов прийти на помощь. Дисциплинарных взысканий не имеет. За добросовестный труд неоднократно поощрялся руководством: объявлена благодарность [дата] за высокие показатели в работе, награждён почётной грамотой [дата].</w:t>
      </w:r>
    </w:p>
    <w:p>
      <w:r>
        <w:t>Характеристика выдана для предъявления по месту требования.</w:t>
      </w:r>
    </w:p>
    <w:p>
      <w:r>
        <w:t>Руководитель [Название организации] ____________ [Фамилия И.О.]</w:t>
      </w:r>
    </w:p>
    <w:p>
      <w:r>
        <w:t>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