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Характеристика на учителя начальных классов с места работы</w:t>
      </w:r>
    </w:p>
    <w:p>
      <w:r>
        <w:t>[Название организации]</w:t>
      </w:r>
    </w:p>
    <w:p>
      <w:r>
        <w:t>Юридический адрес: [адрес], телефон: [телефон], email: [email]</w:t>
      </w:r>
    </w:p>
    <w:p>
      <w:pPr>
        <w:pStyle w:val="Heading2"/>
      </w:pPr>
      <w:r>
        <w:t>ХАРАКТЕРИСТИКА</w:t>
      </w:r>
    </w:p>
    <w:p>
      <w:r>
        <w:t>на [Фамилия Имя Отчество], учителя начальных классов</w:t>
      </w:r>
    </w:p>
    <w:p>
      <w:r>
        <w:t>[Фамилия Имя Отчество] работает в [Название организации] с [дата] в должности учителя начальных классов. Приказом от [дата] № [номер] назначен(а) на должность учителя начальных классов.</w:t>
      </w:r>
    </w:p>
    <w:p>
      <w:r>
        <w:t>Образование: высшее педагогическое, окончил(а) [Название учебного заведения] по специальности «Преподавание в начальных классах» в [год]. Прошёл(ла) профессиональную переподготовку по программе «[Название программы]» в [Название учебного центра], диплом о профессиональной переподготовке выдан [дата].</w:t>
      </w:r>
    </w:p>
    <w:p>
      <w:r>
        <w:t>В должностные обязанности входит:</w:t>
      </w:r>
    </w:p>
    <w:p>
      <w:pPr>
        <w:pStyle w:val="ListBullet"/>
      </w:pPr>
      <w:r>
        <w:t>проведение уроков в начальных классах в соответствии с ФГОС НОО;</w:t>
      </w:r>
    </w:p>
    <w:p>
      <w:pPr>
        <w:pStyle w:val="ListBullet"/>
      </w:pPr>
      <w:r>
        <w:t>разработка рабочих программ по учебным предметам и внеурочной деятельности;</w:t>
      </w:r>
    </w:p>
    <w:p>
      <w:pPr>
        <w:pStyle w:val="ListBullet"/>
      </w:pPr>
      <w:r>
        <w:t>организация внеурочных мероприятий, экскурсий, классных часов;</w:t>
      </w:r>
    </w:p>
    <w:p>
      <w:pPr>
        <w:pStyle w:val="ListBullet"/>
      </w:pPr>
      <w:r>
        <w:t>ведение документации: электронный журнал, дневники учащихся, портфолио;</w:t>
      </w:r>
    </w:p>
    <w:p>
      <w:pPr>
        <w:pStyle w:val="ListBullet"/>
      </w:pPr>
      <w:r>
        <w:t>взаимодействие с родителями (законными представителями) по вопросам обучения и воспитания;</w:t>
      </w:r>
    </w:p>
    <w:p>
      <w:pPr>
        <w:pStyle w:val="ListBullet"/>
      </w:pPr>
      <w:r>
        <w:t>участие в работе школьного методического объединения учителей начальных классов.</w:t>
      </w:r>
    </w:p>
    <w:p>
      <w:r>
        <w:t>Профессиональные качества: [Фамилия Имя Отчество] владеет современными методиками преподавания, использует в работе игровые и проектные технологии, дифференцированный подход. Показывает стабильные результаты освоения обучающимися образовательных программ. Участвует в конкурсах педагогического мастерства, проводит открытые уроки и мастер-классы для коллег. Систематически повышает квалификацию.</w:t>
      </w:r>
    </w:p>
    <w:p>
      <w:r>
        <w:t>В коллективе пользуется уважением, поддерживает деловые и доброжелательные отношения с коллегами, готов(а) прийти на помощь. С родителями обучающихся строит конструктивный диалог. Дисциплинирован(а), ответственна(а), тактична(ен).</w:t>
      </w:r>
    </w:p>
    <w:p>
      <w:r>
        <w:t>За время работы поощрений: [перечислить поощрения, например: благодарность администрации школы, грамота управления образования]. Взысканий не имеет.</w:t>
      </w:r>
    </w:p>
    <w:p>
      <w:r>
        <w:t>Характеристика выдана для предъявления по месту требования.</w:t>
      </w:r>
    </w:p>
    <w:p>
      <w:r>
        <w:t>Директор [Название организации] ____________ [Фамилия И.О.]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