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тренера с места работы</w:t>
      </w:r>
    </w:p>
    <w:p>
      <w:pPr>
        <w:pStyle w:val="Heading2"/>
      </w:pPr>
      <w:r>
        <w:t>Образец характеристики на тренера</w:t>
      </w:r>
    </w:p>
    <w:p>
      <w:r>
        <w:t>[Название организации]</w:t>
      </w:r>
    </w:p>
    <w:p>
      <w:r>
        <w:t>Юридический адрес: [адрес организации]</w:t>
      </w:r>
    </w:p>
    <w:p>
      <w:r>
        <w:t>Телефон: [телефон], email: [email]</w:t>
      </w:r>
    </w:p>
    <w:p>
      <w:pPr>
        <w:pStyle w:val="Heading3"/>
      </w:pPr>
      <w:r>
        <w:t>ХАРАКТЕРИСТИКА</w:t>
      </w:r>
    </w:p>
    <w:p>
      <w:r>
        <w:t>на [Фамилия Имя Отчество], [дата рождения] года рождения,</w:t>
      </w:r>
    </w:p>
    <w:p>
      <w:r>
        <w:t>работающего в должности тренера с [дата] по настоящее время.</w:t>
      </w:r>
    </w:p>
    <w:p>
      <w:r>
        <w:t>[Фамилия Имя Отчество] принят на работу в [Название организации] [дата] на должность тренера. За время работы зарекомендовал себя как грамотный специалист, владеющий современными методиками тренировок и умеющий выстраивать учебно-тренировочный процесс с учётом индивидуальных особенностей занимающихся.</w:t>
      </w:r>
    </w:p>
    <w:p>
      <w:r>
        <w:t>Образование: высшее профессиональное, окончил [Название учебного заведения] по специальности [специальность]. Прошёл профессиональную переподготовку в [Название учебного центра] по программе «[название программы]», по итогам которой получен диплом о профессиональной переподготовке [номер и дата выдачи].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проведение групповых и индивидуальных тренировок согласно утверждённому расписанию;</w:t>
      </w:r>
    </w:p>
    <w:p>
      <w:pPr>
        <w:pStyle w:val="ListBullet"/>
      </w:pPr>
      <w:r>
        <w:t>разработка и корректировка тренировочных программ с учётом целей и уровня подготовки клиентов;</w:t>
      </w:r>
    </w:p>
    <w:p>
      <w:pPr>
        <w:pStyle w:val="ListBullet"/>
      </w:pPr>
      <w:r>
        <w:t>контроль техники выполнения упражнений и обеспечение безопасности на занятиях;</w:t>
      </w:r>
    </w:p>
    <w:p>
      <w:pPr>
        <w:pStyle w:val="ListBullet"/>
      </w:pPr>
      <w:r>
        <w:t>ведение учётной документации: журналов посещаемости, планов тренировок, отчётов о результатах;</w:t>
      </w:r>
    </w:p>
    <w:p>
      <w:pPr>
        <w:pStyle w:val="ListBullet"/>
      </w:pPr>
      <w:r>
        <w:t>проведение первичных консультаций и итоговых бесед с клиентами по вопросам динамики результатов;</w:t>
      </w:r>
    </w:p>
    <w:p>
      <w:pPr>
        <w:pStyle w:val="ListBullet"/>
      </w:pPr>
      <w:r>
        <w:t>участие в методических семинарах и внутренних аттестациях тренерского состава.</w:t>
      </w:r>
    </w:p>
    <w:p>
      <w:r>
        <w:t>За время работы [Фамилия Имя Отчество] проявил следующие профессиональные качества: глубокое знание теории и методики физической культуры, умение работать с разными возрастными группами, дисциплинированность и пунктуальность. Регулярно повышает квалификацию, посещает профильные курсы и семинары, применяет полученные знания на практике.</w:t>
      </w:r>
    </w:p>
    <w:p>
      <w:r>
        <w:t>В коллективе пользуется уважением, поддерживает ровные и доброжелательные отношения с коллегами, готов прийти на помощь. С руководством общается корректно, поручения выполняет в срок. Конфликтных ситуаций с сотрудниками и клиентами не возникало.</w:t>
      </w:r>
    </w:p>
    <w:p>
      <w:r>
        <w:t>За период работы имел следующие поощрения: [указать поощрения, например: благодарность от руководства за проведение открытого тренировочного занятия, грамота за участие в городском спортивном мероприятии]. Дисциплинарных взысканий не имеет.</w:t>
      </w:r>
    </w:p>
    <w:p>
      <w:r>
        <w:t>Характеристика выдана для [указать цель, например: представления по месту требования, аттестации, награждения].</w:t>
      </w:r>
    </w:p>
    <w:p>
      <w:r>
        <w:t>[Должность руководителя] ____________ [Фамилия И.О.]</w:t>
      </w:r>
    </w:p>
    <w:p>
      <w:r>
        <w:t>Дата: [дата]</w:t>
      </w:r>
    </w:p>
    <w:p>
      <w:r>
        <w:t>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