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сварщика с места работы</w:t>
      </w:r>
    </w:p>
    <w:p>
      <w:r>
        <w:t>[Название организации]</w:t>
      </w:r>
    </w:p>
    <w:p>
      <w:pPr>
        <w:pStyle w:val="Heading2"/>
      </w:pPr>
      <w:r>
        <w:t>ХАРАКТЕРИСТИКА</w:t>
      </w:r>
    </w:p>
    <w:p>
      <w:r>
        <w:t>на [Фамилия Имя Отчество]</w:t>
      </w:r>
    </w:p>
    <w:p>
      <w:r>
        <w:t>[Фамилия Имя Отчество] работает в [Название организации] с [дата] в должности сварщика. За время работы зарекомендовал себя как квалифицированный специалист, обладающий глубокими знаниями в области сварочного производства.</w:t>
      </w:r>
    </w:p>
    <w:p>
      <w:r>
        <w:t>Образование: свидетельство о профессии рабочего, должности служащего, выдано [Название учебного центра] по профессии «Сварщик». Регулярно повышает квалификацию, проходит аттестацию в соответствии с требованиями нормативных документов.</w:t>
      </w:r>
    </w:p>
    <w:p>
      <w:r>
        <w:t>В должностные обязанности [Фамилия Имя Отчество] входит:</w:t>
      </w:r>
    </w:p>
    <w:p>
      <w:pPr>
        <w:pStyle w:val="ListBullet"/>
      </w:pPr>
      <w:r>
        <w:t>выполнение ручной дуговой, полуавтоматической и аргонодуговой сварки металлоконструкций различной сложности;</w:t>
      </w:r>
    </w:p>
    <w:p>
      <w:pPr>
        <w:pStyle w:val="ListBullet"/>
      </w:pPr>
      <w:r>
        <w:t>подготовка деталей и узлов к сварке, включая разделку кромок и зачистку поверхностей;</w:t>
      </w:r>
    </w:p>
    <w:p>
      <w:pPr>
        <w:pStyle w:val="ListBullet"/>
      </w:pPr>
      <w:r>
        <w:t>контроль качества сварных швов, выявление и устранение дефектов;</w:t>
      </w:r>
    </w:p>
    <w:p>
      <w:pPr>
        <w:pStyle w:val="ListBullet"/>
      </w:pPr>
      <w:r>
        <w:t>соблюдение технологических режимов сварки и требований охраны труда;</w:t>
      </w:r>
    </w:p>
    <w:p>
      <w:pPr>
        <w:pStyle w:val="ListBullet"/>
      </w:pPr>
      <w:r>
        <w:t>ведение первичной документации по учёту выполненных работ.</w:t>
      </w:r>
    </w:p>
    <w:p>
      <w:r>
        <w:t>Профессиональные качества: [Фамилия Имя Отчество] освоил и успешно применяет современные методы сварки, уверенно работает с оборудованием [модель оборудования]. Точно соблюдает технологические карты, ответственно подходит к выполнению производственных заданий. Обеспечивает высокое качество сварных соединений, что подтверждается результатами контроля. Освоил смежные операции по сборке металлоконструкций.</w:t>
      </w:r>
    </w:p>
    <w:p>
      <w:r>
        <w:t>В коллективе пользуется уважением, поддерживает деловые отношения с коллегами, оказывает помощь молодым специалистам в освоении профессии. Дисциплинирован, неконфликтен, готов к выполнению срочных заданий.</w:t>
      </w:r>
    </w:p>
    <w:p>
      <w:r>
        <w:t>За время работы поощрялся благодарностями руководства за добросовестный труд и высокие производственные показатели. Дисциплинарных взысканий не имеет.</w:t>
      </w:r>
    </w:p>
    <w:p>
      <w:r>
        <w:t>Характеристика выдана для предъявления по месту требования.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