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Характеристика на специалиста по охране труда с места работы</w:t>
      </w:r>
    </w:p>
    <w:p>
      <w:r>
        <w:t>[Название организации]</w:t>
        <w:br/>
        <w:t>[Юридический адрес]</w:t>
        <w:br/>
        <w:t>[Телефон] [Email]</w:t>
      </w:r>
    </w:p>
    <w:p>
      <w:pPr>
        <w:pStyle w:val="Heading2"/>
      </w:pPr>
      <w:r>
        <w:t>ХАРАКТЕРИСТИКА</w:t>
      </w:r>
    </w:p>
    <w:p>
      <w:r>
        <w:t>на [Фамилия Имя Отчество], специалиста по охране труда</w:t>
      </w:r>
    </w:p>
    <w:p>
      <w:r>
        <w:t>[Фамилия Имя Отчество] работает в [Название организации] с [дата] в должности специалиста по охране труда. Принят на работу на основании трудового договора от [дата] № [номер]. В [дата] переведен в отдел охраны труда на должность специалиста по охране труда.</w:t>
      </w:r>
    </w:p>
    <w:p>
      <w:r>
        <w:t>Образование: высшее техническое, [Название учебного заведения], квалификация «[квалификация]» по специальности «[специальность]», диплом от [дата] № [номер]. В [дата] прошел профессиональную переподготовку в [Название учебного центра] по программе «Охрана труда и безопасность технологических процессов», получил диплом о профессиональной переподготовке № [номер].</w:t>
      </w:r>
    </w:p>
    <w:p>
      <w:r>
        <w:t>В должностные обязанности [Фамилия Имя Отчество] входит:</w:t>
      </w:r>
    </w:p>
    <w:p>
      <w:pPr>
        <w:pStyle w:val="ListBullet"/>
      </w:pPr>
      <w:r>
        <w:t>разработка и пересмотр инструкций по охране труда для работников структурных подразделений;</w:t>
      </w:r>
    </w:p>
    <w:p>
      <w:pPr>
        <w:pStyle w:val="ListBullet"/>
      </w:pPr>
      <w:r>
        <w:t>проведение вводного инструктажа и контроль за проведением инструктажей на рабочих местах;</w:t>
      </w:r>
    </w:p>
    <w:p>
      <w:pPr>
        <w:pStyle w:val="ListBullet"/>
      </w:pPr>
      <w:r>
        <w:t>организация обучения по охране труда и проверки знаний требований охраны труда у работников;</w:t>
      </w:r>
    </w:p>
    <w:p>
      <w:pPr>
        <w:pStyle w:val="ListBullet"/>
      </w:pPr>
      <w:r>
        <w:t>участие в расследовании несчастных случаев на производстве и оформление соответствующих документов;</w:t>
      </w:r>
    </w:p>
    <w:p>
      <w:pPr>
        <w:pStyle w:val="ListBullet"/>
      </w:pPr>
      <w:r>
        <w:t>проведение проверок состояния условий труда на рабочих местах и подготовка предложений по устранению выявленных нарушений;</w:t>
      </w:r>
    </w:p>
    <w:p>
      <w:pPr>
        <w:pStyle w:val="ListBullet"/>
      </w:pPr>
      <w:r>
        <w:t>ведение документации по охране труда: журналов регистрации инструктажей, протоколов проверки знаний, актов проверок.</w:t>
      </w:r>
    </w:p>
    <w:p>
      <w:r>
        <w:t>За время работы [Фамилия Имя Отчество] проявил себя как грамотный специалист, хорошо знающий нормативные правовые акты в области охраны труда. Разработал и внедрил [количество] инструкций по охране труда, организовал обучение и проверку знаний для [количество] работников. При его участии уровень производственного травматизма в организации снизился на [процент]%.</w:t>
      </w:r>
    </w:p>
    <w:p>
      <w:r>
        <w:t>Профессиональные качества: умение анализировать условия труда, оперативно выявлять нарушения и добиваться их устранения, четко вести документацию. Владеет методами проведения инструктажей и обучения персонала, уверенно работает с нормативной базой.</w:t>
      </w:r>
    </w:p>
    <w:p>
      <w:r>
        <w:t>В коллективе [Фамилия Имя Отчество] пользуется уважением, поддерживает ровные деловые отношения с коллегами и руководителями подразделений. В конфликтных ситуациях проявляет выдержку, умеет аргументировать свою позицию. К критике относится конструктивно.</w:t>
      </w:r>
    </w:p>
    <w:p>
      <w:r>
        <w:t>За время работы поощрений и дисциплинарных взысканий не имел. [Дата] объявлена благодарность за активное участие в подготовке организации к проверке государственной инспекции труда.</w:t>
      </w:r>
    </w:p>
    <w:p>
      <w:r>
        <w:t>Характеристика выдана для предъявления по месту требования.</w:t>
      </w:r>
    </w:p>
    <w:p>
      <w:r>
        <w:t>[Должность руководителя] ____________ [Фамилия И.О.]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