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Характеристика на повара с места работы</w:t>
      </w:r>
    </w:p>
    <w:p>
      <w:r>
        <w:t>[Название организации]</w:t>
        <w:br/>
        <w:t>[Юридический адрес]</w:t>
      </w:r>
    </w:p>
    <w:p>
      <w:pPr>
        <w:pStyle w:val="Heading2"/>
      </w:pPr>
      <w:r>
        <w:t>ХАРАКТЕРИСТИКА</w:t>
      </w:r>
    </w:p>
    <w:p>
      <w:r>
        <w:t>на [Фамилия Имя Отчество], повара [Название подразделения]</w:t>
      </w:r>
    </w:p>
    <w:p>
      <w:r>
        <w:t>[Фамилия Имя Отчество] работает в [Название организации] с [дата] в должности повара. За время работы зарекомендовал себя как квалифицированный специалист, добросовестно относящийся к своим обязанностям.</w:t>
      </w:r>
    </w:p>
    <w:p>
      <w:r>
        <w:t>Образование: свидетельство о профессии рабочего, должности служащего по профессии «Повар» выдано [Название учебного центра] в [год].</w:t>
      </w:r>
    </w:p>
    <w:p>
      <w:r>
        <w:t>В должностные обязанности [Фамилия Имя Отчество] входит:</w:t>
      </w:r>
    </w:p>
    <w:p>
      <w:pPr>
        <w:pStyle w:val="ListBullet"/>
      </w:pPr>
      <w:r>
        <w:t>подготовка сырья и полуфабрикатов для приготовления блюд в соответствии с технологическими картами;</w:t>
      </w:r>
    </w:p>
    <w:p>
      <w:pPr>
        <w:pStyle w:val="ListBullet"/>
      </w:pPr>
      <w:r>
        <w:t>приготовление горячих блюд, холодных закусок, супов и десертов по установленному меню;</w:t>
      </w:r>
    </w:p>
    <w:p>
      <w:pPr>
        <w:pStyle w:val="ListBullet"/>
      </w:pPr>
      <w:r>
        <w:t>контроль качества и безопасности готовой продукции перед отпуском;</w:t>
      </w:r>
    </w:p>
    <w:p>
      <w:pPr>
        <w:pStyle w:val="ListBullet"/>
      </w:pPr>
      <w:r>
        <w:t>соблюдение санитарных норм и правил на рабочем месте, содержание оборудования в чистоте;</w:t>
      </w:r>
    </w:p>
    <w:p>
      <w:pPr>
        <w:pStyle w:val="ListBullet"/>
      </w:pPr>
      <w:r>
        <w:t>участие в разработке новых рецептур и сезонного меню;</w:t>
      </w:r>
    </w:p>
    <w:p>
      <w:pPr>
        <w:pStyle w:val="ListBullet"/>
      </w:pPr>
      <w:r>
        <w:t>ведение учёта расхода продуктов и своевременное информирование заведующего производством о необходимости закупки.</w:t>
      </w:r>
    </w:p>
    <w:p>
      <w:r>
        <w:t>Профессиональные качества: [Фамилия Имя Отчество] владеет современными методами приготовления блюд, уверенно работает с технологическим оборудованием, точно соблюдает рецептуры и нормы выхода готовых блюд. Проявляет инициативу в улучшении вкусовых качеств блюд и сокращении времени обслуживания. Ошибок в работе и обоснованных жалоб со стороны посетителей не имел.</w:t>
      </w:r>
    </w:p>
    <w:p>
      <w:r>
        <w:t>В коллективе пользуется уважением, поддерживает ровные деловые отношения с коллегами, готов прийти на помощь в случае производственной необходимости. Дисциплинирован, требования руководителя выполняет своевременно и точно.</w:t>
      </w:r>
    </w:p>
    <w:p>
      <w:r>
        <w:t>За время работы поощрений и взысканий не имел. [Если были: указать вид поощрения и дату, например: объявлена благодарность приказом от [дата] № [номер].]</w:t>
      </w:r>
    </w:p>
    <w:p>
      <w:r>
        <w:t>Характеристика выдана для предъявления по месту требования.</w:t>
      </w:r>
    </w:p>
    <w:p>
      <w:r>
        <w:t>Руководитель [Название организации] ____________ [Фамилия И.О.]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