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педагога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[дата рождения], работающего(ую) в [Название организации] с [дата] по настоящее время.</w:t>
      </w:r>
    </w:p>
    <w:p>
      <w:r>
        <w:t>[Фамилия Имя Отчество] принят(а) на должность [должность] с [дата] (приказ № [номер] от [дата]). С [дата] переведен(а) на должность [должность] (приказ № [номер] от [дата]).</w:t>
      </w:r>
    </w:p>
    <w:p>
      <w:r>
        <w:t>Образование: высшее профессиональное, окончил(а) [Название учебного заведения] по специальности [специальность] в [год]. Прошел(ла) профессиональную переподготовку в [Название учебного центра] по программе [название программы], диплом о профессиональной переподготовке выдан [дата].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проведение учебных занятий в соответствии с учебным планом и федеральными государственными образовательными стандартами;</w:t>
      </w:r>
    </w:p>
    <w:p>
      <w:pPr>
        <w:pStyle w:val="ListBullet"/>
      </w:pPr>
      <w:r>
        <w:t>разработка рабочих программ и учебно-методических материалов;</w:t>
      </w:r>
    </w:p>
    <w:p>
      <w:pPr>
        <w:pStyle w:val="ListBullet"/>
      </w:pPr>
      <w:r>
        <w:t>организация и контроль самостоятельной работы обучающихся;</w:t>
      </w:r>
    </w:p>
    <w:p>
      <w:pPr>
        <w:pStyle w:val="ListBullet"/>
      </w:pPr>
      <w:r>
        <w:t>оценка знаний и умений обучающихся, ведение документации;</w:t>
      </w:r>
    </w:p>
    <w:p>
      <w:pPr>
        <w:pStyle w:val="ListBullet"/>
      </w:pPr>
      <w:r>
        <w:t>участие в методических объединениях и педагогических советах;</w:t>
      </w:r>
    </w:p>
    <w:p>
      <w:pPr>
        <w:pStyle w:val="ListBullet"/>
      </w:pPr>
      <w:r>
        <w:t>взаимодействие с родителями (законными представителями) обучающихся.</w:t>
      </w:r>
    </w:p>
    <w:p>
      <w:r>
        <w:t>За время работы [Фамилия Имя Отчество] зарекомендовал(а) себя как квалифицированный специалист, владеющий современными педагогическими технологиями. Умеет планировать учебный процесс, четко и доступно излагает материал, использует разнообразные формы и методы обучения, в том числе информационно-коммуникационные. Систематически повышает профессиональный уровень, участвует в семинарах и вебинарах.</w:t>
      </w:r>
    </w:p>
    <w:p>
      <w:r>
        <w:t>В коллективе пользуется уважением, поддерживает деловые и доброжелательные отношения с коллегами, готов(а) прийти на помощь. С обучающимися и их родителями строит общение на принципах педагогической этики. Дисциплинирован(а), исполнителен(на), требователен(на) к себе и окружающим.</w:t>
      </w:r>
    </w:p>
    <w:p>
      <w:r>
        <w:t>За период работы имеет следующие поощрения: [перечислить поощрения с датами, например: благодарность администрации организации (приказ № [номер] от [дата]), почетная грамота [название органа] (приказ № [номер] от [дата]). 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