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Характеристика на педагога-психолога с места работы</w:t>
      </w:r>
    </w:p>
    <w:p>
      <w:r>
        <w:t>[Название организации]</w:t>
        <w:br/>
        <w:t>[Юридический адрес]</w:t>
        <w:br/>
        <w:t>[Телефон] [Email]</w:t>
      </w:r>
    </w:p>
    <w:p>
      <w:pPr>
        <w:pStyle w:val="Heading2"/>
      </w:pPr>
      <w:r>
        <w:t>ХАРАКТЕРИСТИКА</w:t>
      </w:r>
    </w:p>
    <w:p>
      <w:r>
        <w:t>на педагога-психолога [Фамилия Имя Отчество]</w:t>
      </w:r>
    </w:p>
    <w:p>
      <w:r>
        <w:t>[Фамилия Имя Отчество] работает в [Название организации] с [дата] в должности педагога-психолога. Приказом от [дата] № [номер] назначен(а) на должность педагога-психолога.</w:t>
      </w:r>
    </w:p>
    <w:p>
      <w:r>
        <w:t>Образование: высшее психологическое, [Наименование вуза], квалификация «Психолог». Прошёл(ла) профессиональную переподготовку по программе «Педагог-психолог» в [Название учебного центра], диплом о профессиональной переподготовке от [дата] № [номер].</w:t>
      </w:r>
    </w:p>
    <w:p>
      <w:r>
        <w:t>В должностные обязанности входит: психолого-педагогическое сопровождение образовательного процесса, проведение диагностики индивидуальных особенностей обучающихся, разработка и реализация коррекционно-развивающих программ, консультирование педагогов и родителей по вопросам развития и воспитания, участие в работе психолого-педагогического консилиума, ведение документации.</w:t>
      </w:r>
    </w:p>
    <w:p>
      <w:r>
        <w:t>За время работы [Фамилия Имя Отчество] проявил(а) себя как компетентный специалист, владеющий современными методами психодиагностики и психокоррекции. Регулярно повышает квалификацию, участвует в семинарах и методических объединениях. Разработал(а) и внедрил(а) программы психологической поддержки обучающихся, что способствовало снижению уровня тревожности и улучшению психологического климата в коллективе.</w:t>
      </w:r>
    </w:p>
    <w:p>
      <w:r>
        <w:t>В коллективе пользуется уважением, поддерживает доброжелательные отношения с коллегами, готов(а) прийти на помощь. С родителями и обучающимися строит доверительные отношения, соблюдает конфиденциальность и профессиональную этику.</w:t>
      </w:r>
    </w:p>
    <w:p>
      <w:r>
        <w:t>За время работы имел(а) поощрения: [указать поощрения, например, благодарность администрации, грамота, дата]. Дисциплинарных взысканий не имеет.</w:t>
      </w:r>
    </w:p>
    <w:p>
      <w:r>
        <w:t>Характеристика выдана для предъявления по месту требования.</w:t>
      </w:r>
    </w:p>
    <w:p>
      <w:r>
        <w:t>[Должность руководителя]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