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педагога дополнительного образования с места работы</w:t>
      </w:r>
    </w:p>
    <w:p>
      <w:r>
        <w:t>[Название организации]</w:t>
      </w:r>
    </w:p>
    <w:p>
      <w:r>
        <w:t>[Адрес организации]</w:t>
      </w:r>
    </w:p>
    <w:p>
      <w:pPr>
        <w:pStyle w:val="Heading2"/>
      </w:pPr>
      <w:r>
        <w:t>ХАРАКТЕРИСТИКА</w:t>
      </w:r>
    </w:p>
    <w:p>
      <w:r>
        <w:t>на [Фамилия Имя Отчество], педагога дополнительного образования</w:t>
      </w:r>
    </w:p>
    <w:p>
      <w:r>
        <w:t>[Фамилия Имя Отчество] работает в [Название организации] с [дата] в должности педагога дополнительного образования. За время работы зарекомендовал(а) себя как квалифицированный специалист, добросовестно относящийся к своим обязанностям.</w:t>
      </w:r>
    </w:p>
    <w:p>
      <w:r>
        <w:t>Образование: [Название учебного заведения], специальность [специальность]. В [год] прошел(ла) профессиональную переподготовку по программе «[Название программы]» в [Название учебного центра], по окончании которой получен диплом о профессиональной переподготовке.</w:t>
      </w:r>
    </w:p>
    <w:p>
      <w:r>
        <w:t>В должностные обязанности [Фамилия И.О.] входит:</w:t>
      </w:r>
    </w:p>
    <w:p>
      <w:pPr>
        <w:pStyle w:val="ListBullet"/>
      </w:pPr>
      <w:r>
        <w:t>разработка и реализация дополнительных общеобразовательных программ по направлению [направление];</w:t>
      </w:r>
    </w:p>
    <w:p>
      <w:pPr>
        <w:pStyle w:val="ListBullet"/>
      </w:pPr>
      <w:r>
        <w:t>проведение учебных занятий с детьми в соответствии с расписанием;</w:t>
      </w:r>
    </w:p>
    <w:p>
      <w:pPr>
        <w:pStyle w:val="ListBullet"/>
      </w:pPr>
      <w:r>
        <w:t>организация и проведение массовых мероприятий, выставок, конкурсов;</w:t>
      </w:r>
    </w:p>
    <w:p>
      <w:pPr>
        <w:pStyle w:val="ListBullet"/>
      </w:pPr>
      <w:r>
        <w:t>ведение документации: журналов учета посещаемости, планов занятий, отчетов;</w:t>
      </w:r>
    </w:p>
    <w:p>
      <w:pPr>
        <w:pStyle w:val="ListBullet"/>
      </w:pPr>
      <w:r>
        <w:t>взаимодействие с родителями (законными представителями) обучающихся;</w:t>
      </w:r>
    </w:p>
    <w:p>
      <w:pPr>
        <w:pStyle w:val="ListBullet"/>
      </w:pPr>
      <w:r>
        <w:t>участие в методической работе учреждения.</w:t>
      </w:r>
    </w:p>
    <w:p>
      <w:r>
        <w:t>Профессиональные качества: [Фамилия И.О.] владеет современными методиками преподавания, умеет планировать учебный процесс, эффективно использует в работе информационно-коммуникационные технологии. Регулярно повышает квалификацию, участвует в семинарах и вебинарах. Добивается высоких результатов обучающихся: воспитанники становятся победителями и призерами конкурсов и соревнований различного уровня.</w:t>
      </w:r>
    </w:p>
    <w:p>
      <w:r>
        <w:t>В коллективе пользуется уважением, поддерживает деловые и дружеские отношения с коллегами, готов прийти на помощь. С руководством и родителями общается корректно, тактично. Дисциплинарных взысканий не имеет.</w:t>
      </w:r>
    </w:p>
    <w:p>
      <w:r>
        <w:t>За добросовестный труд и высокие показатели в работе [Фамилия И.О.] неоднократно поощрялся(лась): объявлена благодарность [Название организации] (приказ от [дата] № [номер]), награжден(а) почетной грамотой [Название органа] (приказ от [дата] № [номер]).</w:t>
      </w:r>
    </w:p>
    <w:p>
      <w:r>
        <w:t>Характеристика выдана для предъявления по месту требования.</w:t>
      </w:r>
    </w:p>
    <w:p>
      <w:r>
        <w:t>Руководитель [Название организации]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