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методиста с места работы</w:t>
      </w:r>
    </w:p>
    <w:p>
      <w:r>
        <w:t>[Название организации]</w:t>
        <w:br/>
        <w:t>[Юридический адрес]</w:t>
        <w:br/>
        <w:t>[Телефон] [email]</w:t>
      </w:r>
    </w:p>
    <w:p>
      <w:pPr>
        <w:pStyle w:val="Heading2"/>
      </w:pPr>
      <w:r>
        <w:t>ХАРАКТЕРИСТИКА</w:t>
      </w:r>
    </w:p>
    <w:p>
      <w:r>
        <w:t>на [Фамилия Имя Отчество], методиста</w:t>
      </w:r>
    </w:p>
    <w:p>
      <w:r>
        <w:t>[Фамилия Имя Отчество] работает в [Название организации] с [дата] в должности методиста. За время работы зарекомендовал(а) себя как квалифицированный специалист, добросовестно исполняющий должностные обязанности.</w:t>
      </w:r>
    </w:p>
    <w:p>
      <w:r>
        <w:t>Образование: высшее профессиональное, в [год] окончил(а) [Название учебного заведения] по специальности [специальность]. В [год] прошёл(ла) профессиональную переподготовку в [Название учебного центра] по программе «[Название программы]», по итогам которой получен диплом о профессиональной переподготовке.</w:t>
      </w:r>
    </w:p>
    <w:p>
      <w:r>
        <w:t>В должностные обязанности [Фамилия И.О.] входит:</w:t>
      </w:r>
    </w:p>
    <w:p>
      <w:pPr>
        <w:pStyle w:val="ListBullet"/>
      </w:pPr>
      <w:r>
        <w:t>разработка и актуализация учебно-методической документации, включая рабочие программы и планы занятий;</w:t>
      </w:r>
    </w:p>
    <w:p>
      <w:pPr>
        <w:pStyle w:val="ListBullet"/>
      </w:pPr>
      <w:r>
        <w:t>методическое сопровождение педагогических работников: консультирование по вопросам планирования и проведения занятий;</w:t>
      </w:r>
    </w:p>
    <w:p>
      <w:pPr>
        <w:pStyle w:val="ListBullet"/>
      </w:pPr>
      <w:r>
        <w:t>анализ качества учебного процесса, посещение занятий и подготовка аналитических справок;</w:t>
      </w:r>
    </w:p>
    <w:p>
      <w:pPr>
        <w:pStyle w:val="ListBullet"/>
      </w:pPr>
      <w:r>
        <w:t>организация и проведение методических семинаров, круглых столов и мастер-классов;</w:t>
      </w:r>
    </w:p>
    <w:p>
      <w:pPr>
        <w:pStyle w:val="ListBullet"/>
      </w:pPr>
      <w:r>
        <w:t>ведение отчётности по методической работе и участие в подготовке отчётов о самообследовании.</w:t>
      </w:r>
    </w:p>
    <w:p>
      <w:r>
        <w:t>Профессиональные качества: [Фамилия И.О.] обладает глубокими знаниями в области методики преподавания и нормативных требований к образовательному процессу. Умеет работать с большим объёмом информации, проявляет инициативу в совершенствовании методических материалов. Владеет современными образовательными технологиями и успешно применяет их на практике. Грамотно планирует рабочее время, соблюдает установленные сроки подготовки документов.</w:t>
      </w:r>
    </w:p>
    <w:p>
      <w:r>
        <w:t>Взаимоотношения в коллективе: пользуется уважением среди коллег, поддерживает ровные и доброжелательные отношения. Готов(а) прийти на помощь по рабочим вопросам, корректно взаимодействует с администрацией и педагогическим составом. В конфликтных ситуациях сохраняет сдержанность и находит конструктивные решения.</w:t>
      </w:r>
    </w:p>
    <w:p>
      <w:r>
        <w:t>Поощрения и взыскания: за время работы [Фамилия И.О.] неоднократно поощрялся(лась) благодарностями [Название организации] за добросовестный труд и высокие показатели в работе (приказы от [дата] № [номер], от [дата] № [номер]). Дисциплинарных взысканий не имеет.</w:t>
      </w:r>
    </w:p>
    <w:p>
      <w:r>
        <w:t>Характеристика выдана для представления по месту требования.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