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Характеристика на электрика с места работы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pPr>
        <w:pStyle w:val="Heading2"/>
      </w:pPr>
      <w:r>
        <w:t>ХАРАКТЕРИСТИКА</w:t>
      </w:r>
    </w:p>
    <w:p>
      <w:r>
        <w:t>на [Фамилия Имя Отчество], [дата] года рождения, работающего в должности электрика в [Название организации] с [дата] года.</w:t>
      </w:r>
    </w:p>
    <w:p>
      <w:r>
        <w:t>[Фамилия Имя Отчество] принят на работу в [Название организации] [дата] года на должность электрика. За время работы зарекомендовал себя как квалифицированный специалист, обладающий глубокими знаниями в области электротехники.</w:t>
      </w:r>
    </w:p>
    <w:p>
      <w:r>
        <w:t>Образование: [Название учебного центра], свидетельство о профессии рабочего, должности служащего по специальности «Электромонтёр по ремонту и обслуживанию электрооборудования», выдано [дата] года.</w:t>
      </w:r>
    </w:p>
    <w:p>
      <w:r>
        <w:t>В должностные обязанности [Фамилия Имя Отчество] входит:</w:t>
      </w:r>
    </w:p>
    <w:p>
      <w:pPr>
        <w:pStyle w:val="ListBullet"/>
      </w:pPr>
      <w:r>
        <w:t>обеспечение бесперебойной работы электрооборудования и электросетей организации;</w:t>
      </w:r>
    </w:p>
    <w:p>
      <w:pPr>
        <w:pStyle w:val="ListBullet"/>
      </w:pPr>
      <w:r>
        <w:t>проведение планово-предупредительных ремонтов и технического обслуживания электроустановок;</w:t>
      </w:r>
    </w:p>
    <w:p>
      <w:pPr>
        <w:pStyle w:val="ListBullet"/>
      </w:pPr>
      <w:r>
        <w:t>монтаж, демонтаж и наладка электрооборудования;</w:t>
      </w:r>
    </w:p>
    <w:p>
      <w:pPr>
        <w:pStyle w:val="ListBullet"/>
      </w:pPr>
      <w:r>
        <w:t>выявление и устранение неисправностей в работе электрооборудования;</w:t>
      </w:r>
    </w:p>
    <w:p>
      <w:pPr>
        <w:pStyle w:val="ListBullet"/>
      </w:pPr>
      <w:r>
        <w:t>соблюдение правил технической эксплуатации электроустановок и техники безопасности;</w:t>
      </w:r>
    </w:p>
    <w:p>
      <w:pPr>
        <w:pStyle w:val="ListBullet"/>
      </w:pPr>
      <w:r>
        <w:t>ведение технической документации и отчётности по обслуживанию оборудования.</w:t>
      </w:r>
    </w:p>
    <w:p>
      <w:r>
        <w:t>За время работы [Фамилия Имя Отчество] проявил себя как ответственный и дисциплинированный сотрудник. Он оперативно решает сложные технические задачи, не допускает аварийных ситуаций, качественно выполняет ремонтные работы. Обладает хорошими знаниями нормативных документов, умеет работать с современными приборами и инструментами. Постоянно повышает свою квалификацию, изучает новые технологии в электроэнергетике.</w:t>
      </w:r>
    </w:p>
    <w:p>
      <w:r>
        <w:t>В коллективе [Фамилия Имя Отчество] пользуется уважением, поддерживает доброжелательные отношения с коллегами, готов прийти на помощь. В общении с руководством тактичен и корректен. К критике относится конструктивно, делает правильные выводы.</w:t>
      </w:r>
    </w:p>
    <w:p>
      <w:r>
        <w:t>За время работы имел следующие поощрения:</w:t>
      </w:r>
    </w:p>
    <w:p>
      <w:pPr>
        <w:pStyle w:val="ListBullet"/>
      </w:pPr>
      <w:r>
        <w:t>объявлена благодарность за добросовестный труд и высокий профессионализм (приказ от [дата] года № [номер]);</w:t>
      </w:r>
    </w:p>
    <w:p>
      <w:pPr>
        <w:pStyle w:val="ListBullet"/>
      </w:pPr>
      <w:r>
        <w:t>награждён почётной грамотой за активное участие в модернизации электрооборудования (приказ от [дата] года № [номер]).</w:t>
      </w:r>
    </w:p>
    <w:p>
      <w:r>
        <w:t>Дисциплинарных взысканий не имеет.</w:t>
      </w:r>
    </w:p>
    <w:p>
      <w:r>
        <w:t>Характеристика выдана для предъявления по месту требования.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