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экономиста с места работы</w:t>
      </w:r>
    </w:p>
    <w:p>
      <w:r>
        <w:t>[Название организации]</w:t>
        <w:br/>
        <w:t>[Юридический адрес организации]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экономиста</w:t>
      </w:r>
    </w:p>
    <w:p>
      <w:r>
        <w:t>[Фамилия Имя Отчество] работает в [Название организации] с [дата] в должности экономиста. Принят на работу на основании трудового договора от [дата] № [номер]. В [дата] переведён на должность ведущего экономиста в связи с расширением обязанностей.</w:t>
      </w:r>
    </w:p>
    <w:p>
      <w:r>
        <w:t>Образование: высшее экономическое, окончил [Название учебного заведения] по специальности «Экономика и управление на предприятии». В [год] прошёл профессиональную переподготовку в [Название учебного центра] по программе «Финансовое планирование и бюджетирование», получил диплом о профессиональной переподготовке.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подготовка и проверка смет, калькуляций и финансовых планов подразделений;</w:t>
      </w:r>
    </w:p>
    <w:p>
      <w:pPr>
        <w:pStyle w:val="ListBullet"/>
      </w:pPr>
      <w:r>
        <w:t>формирование ежемесячной и квартальной управленческой отчётности по затратам и доходам;</w:t>
      </w:r>
    </w:p>
    <w:p>
      <w:pPr>
        <w:pStyle w:val="ListBullet"/>
      </w:pPr>
      <w:r>
        <w:t>анализ отклонений фактических показателей от плановых и подготовка пояснительных записок;</w:t>
      </w:r>
    </w:p>
    <w:p>
      <w:pPr>
        <w:pStyle w:val="ListBullet"/>
      </w:pPr>
      <w:r>
        <w:t>расчёт себестоимости продукции и услуг, участие в ценообразовании;</w:t>
      </w:r>
    </w:p>
    <w:p>
      <w:pPr>
        <w:pStyle w:val="ListBullet"/>
      </w:pPr>
      <w:r>
        <w:t>ведение договорной работы по экономическим вопросам, проверка обоснованности расходов;</w:t>
      </w:r>
    </w:p>
    <w:p>
      <w:pPr>
        <w:pStyle w:val="ListBullet"/>
      </w:pPr>
      <w:r>
        <w:t>участие в инвентаризациях и подготовке данных для аудиторских проверок.</w:t>
      </w:r>
    </w:p>
    <w:p>
      <w:r>
        <w:t>Профессиональные качества: уверенно владеет методами экономического анализа, бухгалтерского и управленческого учёта, инструментами Excel и специализированным программным обеспечением для бюджетирования. Точно соблюдает сроки подготовки отчётности, самостоятельно находит причины отклонений и предлагает корректирующие меры. Оказывает методическую помощь сотрудникам планово-экономического отдела.</w:t>
      </w:r>
    </w:p>
    <w:p>
      <w:r>
        <w:t>В коллективе [Фамилия И.О.] поддерживает ровные деловые отношения, готов прийти на помощь коллегам при подготовке срочных расчётов. С руководством и смежными подразделениями взаимодействует корректно, поручения выполняет в срок. Дисциплинарных взысканий не имеет.</w:t>
      </w:r>
    </w:p>
    <w:p>
      <w:r>
        <w:t>За время работы поощрялся:</w:t>
      </w:r>
    </w:p>
    <w:p>
      <w:pPr>
        <w:pStyle w:val="ListBullet"/>
      </w:pPr>
      <w:r>
        <w:t>объявлена благодарность за качественную подготовку годовой отчётности за [год] (приказ от [дата] № [номер]);</w:t>
      </w:r>
    </w:p>
    <w:p>
      <w:pPr>
        <w:pStyle w:val="ListBullet"/>
      </w:pPr>
      <w:r>
        <w:t>награждён почётной грамотой [Название организации] за участие в разработке бюджета на [год] (приказ от [дата] № [номер]).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