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библиотекаря с места работы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[год] года рождения,</w:t>
      </w:r>
    </w:p>
    <w:p>
      <w:r>
        <w:t>работающего(ую) в должности библиотекаря</w:t>
      </w:r>
    </w:p>
    <w:p>
      <w:r>
        <w:t>[Фамилия Имя Отчество] работает в [Название организации] с [дата] в должности библиотекаря [название отдела или подразделения]. За время работы зарекомендовал(а) себя как квалифицированный специалист, добросовестно относящийся к своим обязанностям.</w:t>
      </w:r>
    </w:p>
    <w:p>
      <w:r>
        <w:t>Образование: высшее профессиональное, [наименование вуза], квалификация «[квалификация]» по специальности «[специальность]». В [год] году прошёл(ла) профессиональную переподготовку в [Название учебного центра] по программе «Библиотечно-информационная деятельность», диплом о профессиональной переподготовке [номер] от [дата].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комплектование и учёт библиотечного фонда, списание устаревшей и ветхой литературы;</w:t>
      </w:r>
    </w:p>
    <w:p>
      <w:pPr>
        <w:pStyle w:val="ListBullet"/>
      </w:pPr>
      <w:r>
        <w:t>систематизация и каталогизация новых поступлений, ведение электронного каталога;</w:t>
      </w:r>
    </w:p>
    <w:p>
      <w:pPr>
        <w:pStyle w:val="ListBullet"/>
      </w:pPr>
      <w:r>
        <w:t>обслуживание читателей: консультирование, помощь в поиске информации, выдача и приём литературы;</w:t>
      </w:r>
    </w:p>
    <w:p>
      <w:pPr>
        <w:pStyle w:val="ListBullet"/>
      </w:pPr>
      <w:r>
        <w:t>организация и проведение массовых мероприятий: выставок, обзоров, литературных вечеров, встреч с читателями;</w:t>
      </w:r>
    </w:p>
    <w:p>
      <w:pPr>
        <w:pStyle w:val="ListBullet"/>
      </w:pPr>
      <w:r>
        <w:t>ведение отчётной документации по работе отдела, подготовка статистических данных;</w:t>
      </w:r>
    </w:p>
    <w:p>
      <w:pPr>
        <w:pStyle w:val="ListBullet"/>
      </w:pPr>
      <w:r>
        <w:t>обеспечение сохранности библиотечного фонда и соблюдение правил пожарной безопасности.</w:t>
      </w:r>
    </w:p>
    <w:p>
      <w:r>
        <w:t>За время работы [Фамилия Имя Отчество] проявил(а) себя как инициативный и ответственный сотрудник. Владеет современными информационными технологиями, уверенно работает с автоматизированной библиотечной системой [название системы], программами [перечислить]. Регулярно повышает квалификацию, участвует в семинарах и вебинарах по библиотечному делу. К поручениям относится внимательно, выполняет их в срок и качественно.</w:t>
      </w:r>
    </w:p>
    <w:p>
      <w:r>
        <w:t>В коллективе пользуется уважением, поддерживает доброжелательные отношения с коллегами, готов(а) прийти на помощь. В общении с читателями вежлив(а), тактичен(на), умеет найти индивидуальный подход к каждому посетителю. Конфликтных ситуаций не создаёт, в случае возникновения спорных вопросов решает их корректно.</w:t>
      </w:r>
    </w:p>
    <w:p>
      <w:r>
        <w:t>За период работы [Фамилия Имя Отчество] неоднократно поощрялся(лась): объявлена благодарность [Название организации] за [указать достижение] (приказ от [дата] № [номер]), награждён(а) почётной грамотой [Название организации] (приказ от [дата] № [номер]). Дисциплинарных взысканий не имеет.</w:t>
      </w:r>
    </w:p>
    <w:p>
      <w:r>
        <w:t>Характеристика выдана для предъявления по месту требования.</w:t>
      </w:r>
    </w:p>
    <w:p>
      <w:r>
        <w:t>Директор [Название организации] ____________ [Фамилия И.О.]</w:t>
      </w:r>
    </w:p>
    <w:p>
      <w:r>
        <w:t>«[дата]»</w:t>
      </w:r>
    </w:p>
    <w:p>
      <w:r>
        <w:t>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