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Допускной лист сварщика</w:t>
      </w:r>
    </w:p>
    <w:p>
      <w:pPr>
        <w:pStyle w:val="Heading2"/>
      </w:pPr>
      <w:r>
        <w:t>Допускной лист сварщика</w:t>
      </w:r>
    </w:p>
    <w:p>
      <w:r>
        <w:t>[Название организации]</w:t>
        <w:br/>
        <w:t>[Юридический адрес]</w:t>
        <w:br/>
        <w:t>[Телефон] [Email]</w:t>
      </w:r>
    </w:p>
    <w:p>
      <w:r>
        <w:t>УТВЕРЖДАЮ</w:t>
        <w:br/>
        <w:t>[Должность руководителя]</w:t>
        <w:br/>
        <w:t>____________ [Фамилия И.О.]</w:t>
        <w:br/>
        <w:t>[дата]</w:t>
      </w:r>
    </w:p>
    <w:p>
      <w:pPr>
        <w:pStyle w:val="Heading3"/>
      </w:pPr>
      <w:r>
        <w:t>1. Сведения о сварщике</w:t>
      </w:r>
    </w:p>
    <w:p>
      <w:pPr>
        <w:pStyle w:val="ListBullet"/>
      </w:pPr>
      <w:r>
        <w:t>Фамилия, имя, отчество: [Фамилия Имя Отчество]</w:t>
      </w:r>
    </w:p>
    <w:p>
      <w:pPr>
        <w:pStyle w:val="ListBullet"/>
      </w:pPr>
      <w:r>
        <w:t>Табельный номер: [номер]</w:t>
      </w:r>
    </w:p>
    <w:p>
      <w:pPr>
        <w:pStyle w:val="ListBullet"/>
      </w:pPr>
      <w:r>
        <w:t>Клеймо сварщика: [номер клейма]</w:t>
      </w:r>
    </w:p>
    <w:p>
      <w:pPr>
        <w:pStyle w:val="ListBullet"/>
      </w:pPr>
      <w:r>
        <w:t>Документ о квалификации: свидетельство о профессии рабочего, должности служащего, выдано [Название учебного центра], [дата], регистрационный номер [номер]</w:t>
      </w:r>
    </w:p>
    <w:p>
      <w:pPr>
        <w:pStyle w:val="ListBullet"/>
      </w:pPr>
      <w:r>
        <w:t>Сведения об аттестации (при необходимости): аттестационное свидетельство [номер], выдано [Название аттестационного центра], действительно до [дата]</w:t>
      </w:r>
    </w:p>
    <w:p>
      <w:pPr>
        <w:pStyle w:val="Heading3"/>
      </w:pPr>
      <w:r>
        <w:t>2. Область допуска</w:t>
      </w:r>
    </w:p>
    <w:p>
      <w:r>
        <w:t>Сварщик допущен к выполнению сварочных работ следующими способами сварки и на следующих группах материалов:</w:t>
      </w:r>
    </w:p>
    <w:p>
      <w:pPr>
        <w:pStyle w:val="ListBullet"/>
      </w:pPr>
      <w:r>
        <w:t>Способы сварки: [перечислить, например: ручная дуговая сварка покрытыми электродами, механизированная сварка в защитных газах, автоматическая сварка под флюсом]</w:t>
      </w:r>
    </w:p>
    <w:p>
      <w:pPr>
        <w:pStyle w:val="ListBullet"/>
      </w:pPr>
      <w:r>
        <w:t>Группы материалов: [перечислить, например: углеродистые и низколегированные стали, легированные стали, алюминиевые сплавы]</w:t>
      </w:r>
    </w:p>
    <w:p>
      <w:pPr>
        <w:pStyle w:val="ListBullet"/>
      </w:pPr>
      <w:r>
        <w:t>Объект: [наименование объекта, участка, цеха]</w:t>
      </w:r>
    </w:p>
    <w:p>
      <w:pPr>
        <w:pStyle w:val="Heading3"/>
      </w:pPr>
      <w:r>
        <w:t>3. Срок действия допуска</w:t>
      </w:r>
    </w:p>
    <w:p>
      <w:r>
        <w:t>Допуск действителен с [дата] по [дата]. По истечении срока требуется повторное оформление допускного листа.</w:t>
      </w:r>
    </w:p>
    <w:p>
      <w:pPr>
        <w:pStyle w:val="Heading3"/>
      </w:pPr>
      <w:r>
        <w:t>4. Отметки о проверке</w:t>
      </w:r>
    </w:p>
    <w:p>
      <w:pPr>
        <w:pStyle w:val="ListBullet"/>
      </w:pPr>
      <w:r>
        <w:t>Первичный допуск к работам: [дата], подпись ответственного [Фамилия И.О.]</w:t>
      </w:r>
    </w:p>
    <w:p>
      <w:pPr>
        <w:pStyle w:val="ListBullet"/>
      </w:pPr>
      <w:r>
        <w:t>Периодическая проверка знаний [дата]: результат [удовлетворительно/неудовлетворительно], подпись [Фамилия И.О.]</w:t>
      </w:r>
    </w:p>
    <w:p>
      <w:pPr>
        <w:pStyle w:val="ListBullet"/>
      </w:pPr>
      <w:r>
        <w:t>Проверка соблюдения требований охраны труда [дата]: результат [допущен/не допущен], подпись [Фамилия И.О.]</w:t>
      </w:r>
    </w:p>
    <w:p>
      <w:pPr>
        <w:pStyle w:val="Heading3"/>
      </w:pPr>
      <w:r>
        <w:t>5. Подписи ответственных лиц</w:t>
      </w:r>
    </w:p>
    <w:p>
      <w:r>
        <w:t>Ответственный за сварочные работы ____________ [Фамилия И.О.]</w:t>
      </w:r>
    </w:p>
    <w:p>
      <w:r>
        <w:t>Специалист по охране труда ____________ [Фамилия И.О.]</w:t>
      </w:r>
    </w:p>
    <w:p>
      <w:r>
        <w:t>С допуском ознакомлен: сварщик ____________ [Фамилия И.О.]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